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eastAsia="Georgia"/>
          <w:b/>
          <w:i w:val="0"/>
          <w:color w:val="1F4D3A"/>
          <w:sz w:val="42"/>
        </w:rPr>
        <w:t>Kringle’s Korner Elf Application</w:t>
      </w:r>
    </w:p>
    <w:p>
      <w:pPr>
        <w:spacing w:after="40"/>
        <w:jc w:val="center"/>
      </w:pPr>
      <w:r>
        <w:rPr>
          <w:rFonts w:ascii="Georgia" w:hAnsi="Georgia" w:eastAsia="Georgia"/>
          <w:b w:val="0"/>
          <w:i/>
          <w:color w:val="444444"/>
          <w:sz w:val="25"/>
        </w:rPr>
        <w:t>Thanks for wanting to be part of the Kringle’s family.</w:t>
      </w:r>
    </w:p>
    <w:p>
      <w:pPr>
        <w:spacing w:after="20"/>
        <w:jc w:val="center"/>
      </w:pPr>
      <w:r>
        <w:rPr>
          <w:b/>
          <w:i w:val="0"/>
          <w:color w:val="1F4D3A"/>
          <w:sz w:val="20"/>
        </w:rPr>
        <w:t>Application hours: Mon–Fri 11 AM–9 PM and Sat–Sun 9 AM–9 PM at Punky’s Pumpkins.</w:t>
      </w:r>
    </w:p>
    <w:p>
      <w:pPr>
        <w:spacing w:after="20"/>
        <w:jc w:val="center"/>
      </w:pPr>
      <w:r>
        <w:rPr>
          <w:b/>
          <w:i w:val="0"/>
          <w:color w:val="1F4D3A"/>
          <w:sz w:val="20"/>
        </w:rPr>
        <w:t>After Punky’s is over, we’re here every day 8 AM–4:30 PM as we transition into Kringle’s Korner.</w:t>
      </w:r>
    </w:p>
    <w:p>
      <w:pPr>
        <w:spacing w:after="40"/>
        <w:jc w:val="center"/>
        <w:pBdr>
          <w:bottom w:val="single" w:sz="18" w:space="4" w:color="1F4D3A"/>
        </w:pBdr>
      </w:pPr>
      <w:r>
        <w:rPr>
          <w:b w:val="0"/>
          <w:i w:val="0"/>
          <w:color w:val="444444"/>
          <w:sz w:val="19"/>
        </w:rPr>
        <w:t>Luther Burbank Center  •  50 Mark West Springs Road, Santa Rosa, CA 95403  •  (707) 579-8474  •  kringlestrees.com</w:t>
      </w:r>
    </w:p>
    <w:p>
      <w:pPr>
        <w:spacing w:before="80"/>
        <w:jc w:val="center"/>
      </w:pPr>
      <w:r>
        <w:rPr>
          <w:b w:val="0"/>
          <w:i w:val="0"/>
          <w:color w:val="444444"/>
          <w:sz w:val="20"/>
        </w:rPr>
        <w:t>Please print clearly in pen. Fill out both pages and bring them in during application hours.</w:t>
      </w:r>
    </w:p>
    <w:p>
      <w:pPr>
        <w:keepNext/>
        <w:spacing w:before="120" w:after="100"/>
        <w:pBdr>
          <w:bottom w:val="single" w:sz="8" w:space="1" w:color="B0842A"/>
        </w:pBdr>
      </w:pPr>
      <w:r>
        <w:rPr>
          <w:rFonts w:ascii="Georgia" w:hAnsi="Georgia" w:eastAsia="Georgia"/>
          <w:b/>
          <w:i w:val="0"/>
          <w:color w:val="1F4D3A"/>
          <w:sz w:val="26"/>
        </w:rPr>
        <w:t>About You</w:t>
      </w:r>
    </w:p>
    <w:tbl>
      <w:tblPr>
        <w:jc w:val="center"/>
        <w:tblLayout w:type="fixed"/>
        <w:tblLook w:firstColumn="1" w:firstRow="1" w:lastColumn="0" w:lastRow="0" w:noHBand="0" w:noVBand="1" w:val="04A0"/>
        <w:tblLayout w:type="fixed"/>
        <w:tblW w:w="10512" w:type="dxa"/>
      </w:tblPr>
      <w:tblGrid>
        <w:gridCol w:w="4608"/>
        <w:gridCol w:w="1007"/>
        <w:gridCol w:w="2088"/>
        <w:gridCol w:w="2808"/>
      </w:tblGrid>
      <w:tr>
        <w:trPr>
          <w:trHeight w:val="562" w:hRule="exact"/>
        </w:trPr>
        <w:tc>
          <w:tcPr>
            <w:tcW w:type="dxa" w:w="4608"/>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Full name</w:t>
            </w:r>
          </w:p>
        </w:tc>
        <w:tc>
          <w:tcPr>
            <w:tcW w:type="dxa" w:w="1008"/>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Age</w:t>
            </w:r>
          </w:p>
        </w:tc>
        <w:tc>
          <w:tcPr>
            <w:tcW w:type="dxa" w:w="2088"/>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Date of birth</w:t>
            </w:r>
          </w:p>
        </w:tc>
        <w:tc>
          <w:tcPr>
            <w:tcW w:type="dxa" w:w="2808"/>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Under 18?</w:t>
            </w:r>
            <w:r>
              <w:rPr>
                <w:b w:val="0"/>
                <w:i w:val="0"/>
                <w:sz w:val="18"/>
              </w:rPr>
              <w:t xml:space="preserve">  </w:t>
            </w:r>
            <w:r>
              <w:rPr>
                <w:rFonts w:ascii="Segoe UI Symbol" w:hAnsi="Segoe UI Symbol" w:eastAsia="Segoe UI Symbol"/>
                <w:b w:val="0"/>
                <w:i w:val="0"/>
                <w:sz w:val="27"/>
              </w:rPr>
              <w:t xml:space="preserve">☐ </w:t>
            </w:r>
            <w:r>
              <w:rPr>
                <w:b w:val="0"/>
                <w:i w:val="0"/>
                <w:sz w:val="21"/>
              </w:rPr>
              <w:t xml:space="preserve">Yes  </w:t>
            </w:r>
            <w:r>
              <w:rPr>
                <w:rFonts w:ascii="Segoe UI Symbol" w:hAnsi="Segoe UI Symbol" w:eastAsia="Segoe UI Symbol"/>
                <w:b w:val="0"/>
                <w:i w:val="0"/>
                <w:sz w:val="27"/>
              </w:rPr>
              <w:t xml:space="preserve">☐ </w:t>
            </w:r>
            <w:r>
              <w:rPr>
                <w:b w:val="0"/>
                <w:i w:val="0"/>
                <w:sz w:val="21"/>
              </w:rPr>
              <w:t>No</w:t>
            </w:r>
          </w:p>
        </w:tc>
      </w:tr>
    </w:tbl>
    <w:tbl>
      <w:tblPr>
        <w:jc w:val="center"/>
        <w:tblLayout w:type="fixed"/>
        <w:tblLook w:firstColumn="1" w:firstRow="1" w:lastColumn="0" w:lastRow="0" w:noHBand="0" w:noVBand="1" w:val="04A0"/>
        <w:tblLayout w:type="fixed"/>
        <w:tblW w:w="10512" w:type="dxa"/>
      </w:tblPr>
      <w:tblGrid>
        <w:gridCol w:w="4176"/>
        <w:gridCol w:w="6336"/>
      </w:tblGrid>
      <w:tr>
        <w:trPr>
          <w:trHeight w:val="562" w:hRule="exact"/>
        </w:trPr>
        <w:tc>
          <w:tcPr>
            <w:tcW w:type="dxa" w:w="4176"/>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Phone</w:t>
            </w:r>
          </w:p>
        </w:tc>
        <w:tc>
          <w:tcPr>
            <w:tcW w:type="dxa" w:w="6336"/>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Email</w:t>
            </w:r>
          </w:p>
        </w:tc>
      </w:tr>
    </w:tbl>
    <w:tbl>
      <w:tblPr>
        <w:jc w:val="center"/>
        <w:tblLayout w:type="fixed"/>
        <w:tblLook w:firstColumn="1" w:firstRow="1" w:lastColumn="0" w:lastRow="0" w:noHBand="0" w:noVBand="1" w:val="04A0"/>
        <w:tblLayout w:type="fixed"/>
        <w:tblW w:w="10512" w:type="dxa"/>
      </w:tblPr>
      <w:tblGrid>
        <w:gridCol w:w="5328"/>
        <w:gridCol w:w="2880"/>
        <w:gridCol w:w="2304"/>
      </w:tblGrid>
      <w:tr>
        <w:trPr>
          <w:trHeight w:val="562" w:hRule="exact"/>
        </w:trPr>
        <w:tc>
          <w:tcPr>
            <w:tcW w:type="dxa" w:w="5328"/>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Street address</w:t>
            </w:r>
          </w:p>
        </w:tc>
        <w:tc>
          <w:tcPr>
            <w:tcW w:type="dxa" w:w="2880"/>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City</w:t>
            </w:r>
          </w:p>
        </w:tc>
        <w:tc>
          <w:tcPr>
            <w:tcW w:type="dxa" w:w="2304"/>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ZIP</w:t>
            </w:r>
          </w:p>
        </w:tc>
      </w:tr>
    </w:tbl>
    <w:tbl>
      <w:tblPr>
        <w:jc w:val="center"/>
        <w:tblLayout w:type="fixed"/>
        <w:tblLook w:firstColumn="1" w:firstRow="1" w:lastColumn="0" w:lastRow="0" w:noHBand="0" w:noVBand="1" w:val="04A0"/>
        <w:tblLayout w:type="fixed"/>
        <w:tblW w:w="10512" w:type="dxa"/>
      </w:tblPr>
      <w:tblGrid>
        <w:gridCol w:w="6768"/>
        <w:gridCol w:w="3744"/>
      </w:tblGrid>
      <w:tr>
        <w:trPr>
          <w:trHeight w:val="562" w:hRule="exact"/>
        </w:trPr>
        <w:tc>
          <w:tcPr>
            <w:tcW w:type="dxa" w:w="6768"/>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School (if you’re a student)</w:t>
            </w:r>
          </w:p>
        </w:tc>
        <w:tc>
          <w:tcPr>
            <w:tcW w:type="dxa" w:w="3744"/>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Grade</w:t>
            </w:r>
          </w:p>
        </w:tc>
      </w:tr>
    </w:tbl>
    <w:tbl>
      <w:tblPr>
        <w:jc w:val="center"/>
        <w:tblLayout w:type="fixed"/>
        <w:tblLook w:firstColumn="1" w:firstRow="1" w:lastColumn="0" w:lastRow="0" w:noHBand="0" w:noVBand="1" w:val="04A0"/>
        <w:tblLayout w:type="fixed"/>
        <w:tblW w:w="10512" w:type="dxa"/>
      </w:tblPr>
      <w:tblGrid>
        <w:gridCol w:w="4320"/>
        <w:gridCol w:w="2880"/>
        <w:gridCol w:w="3311"/>
      </w:tblGrid>
      <w:tr>
        <w:trPr>
          <w:trHeight w:val="562" w:hRule="exact"/>
        </w:trPr>
        <w:tc>
          <w:tcPr>
            <w:tcW w:type="dxa" w:w="4320"/>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Emergency contact name</w:t>
            </w:r>
          </w:p>
        </w:tc>
        <w:tc>
          <w:tcPr>
            <w:tcW w:type="dxa" w:w="2880"/>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Relationship to you</w:t>
            </w:r>
          </w:p>
        </w:tc>
        <w:tc>
          <w:tcPr>
            <w:tcW w:type="dxa" w:w="3312"/>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Their phone</w:t>
            </w:r>
          </w:p>
        </w:tc>
      </w:tr>
    </w:tbl>
    <w:p>
      <w:pPr>
        <w:keepNext/>
        <w:spacing w:before="100" w:after="100"/>
        <w:pBdr>
          <w:bottom w:val="single" w:sz="8" w:space="1" w:color="B0842A"/>
        </w:pBdr>
      </w:pPr>
      <w:r>
        <w:rPr>
          <w:rFonts w:ascii="Georgia" w:hAnsi="Georgia" w:eastAsia="Georgia"/>
          <w:b/>
          <w:i w:val="0"/>
          <w:color w:val="1F4D3A"/>
          <w:sz w:val="26"/>
        </w:rPr>
        <w:t>When Can You Work?</w:t>
      </w:r>
    </w:p>
    <w:tbl>
      <w:tblPr>
        <w:jc w:val="center"/>
        <w:tblLayout w:type="fixed"/>
        <w:tblLook w:firstColumn="1" w:firstRow="1" w:lastColumn="0" w:lastRow="0" w:noHBand="0" w:noVBand="1" w:val="04A0"/>
        <w:tblLayout w:type="fixed"/>
        <w:tblW w:w="10512" w:type="dxa"/>
      </w:tblPr>
      <w:tblGrid>
        <w:gridCol w:w="2808"/>
        <w:gridCol w:w="1728"/>
        <w:gridCol w:w="2304"/>
        <w:gridCol w:w="1872"/>
        <w:gridCol w:w="1800"/>
      </w:tblGrid>
      <w:tr>
        <w:tc>
          <w:tcPr>
            <w:tcW w:type="dxa" w:w="2808"/>
            <w:tcBorders>
              <w:top w:val="nil"/>
              <w:left w:val="nil"/>
              <w:bottom w:val="nil"/>
              <w:right w:val="nil"/>
            </w:tcBorders>
            <w:tcMar>
              <w:left w:w="20" w:type="dxa"/>
              <w:right w:w="20" w:type="dxa"/>
              <w:top w:w="0" w:type="dxa"/>
              <w:bottom w:w="30" w:type="dxa"/>
            </w:tcMar>
          </w:tcPr>
          <w:p>
            <w:r>
              <w:rPr>
                <w:rFonts w:ascii="Segoe UI Symbol" w:hAnsi="Segoe UI Symbol" w:eastAsia="Segoe UI Symbol"/>
                <w:b w:val="0"/>
                <w:i w:val="0"/>
                <w:sz w:val="28"/>
              </w:rPr>
              <w:t xml:space="preserve">☐ </w:t>
            </w:r>
            <w:r>
              <w:rPr>
                <w:b w:val="0"/>
                <w:i w:val="0"/>
                <w:sz w:val="22"/>
              </w:rPr>
              <w:t>Weekdays</w:t>
            </w:r>
          </w:p>
        </w:tc>
        <w:tc>
          <w:tcPr>
            <w:tcW w:type="dxa" w:w="1728"/>
            <w:tcBorders>
              <w:top w:val="nil"/>
              <w:left w:val="nil"/>
              <w:bottom w:val="nil"/>
              <w:right w:val="nil"/>
            </w:tcBorders>
            <w:tcMar>
              <w:left w:w="20" w:type="dxa"/>
              <w:right w:w="20" w:type="dxa"/>
              <w:top w:w="0" w:type="dxa"/>
              <w:bottom w:w="30" w:type="dxa"/>
            </w:tcMar>
          </w:tcPr>
          <w:p>
            <w:r>
              <w:rPr>
                <w:rFonts w:ascii="Segoe UI Symbol" w:hAnsi="Segoe UI Symbol" w:eastAsia="Segoe UI Symbol"/>
                <w:b w:val="0"/>
                <w:i w:val="0"/>
                <w:sz w:val="28"/>
              </w:rPr>
              <w:t xml:space="preserve">☐ </w:t>
            </w:r>
            <w:r>
              <w:rPr>
                <w:b w:val="0"/>
                <w:i w:val="0"/>
                <w:sz w:val="22"/>
              </w:rPr>
              <w:t>Weekends</w:t>
            </w:r>
          </w:p>
        </w:tc>
        <w:tc>
          <w:tcPr>
            <w:tcW w:type="dxa" w:w="2304"/>
            <w:tcBorders>
              <w:top w:val="nil"/>
              <w:left w:val="nil"/>
              <w:bottom w:val="nil"/>
              <w:right w:val="nil"/>
            </w:tcBorders>
            <w:tcMar>
              <w:left w:w="20" w:type="dxa"/>
              <w:right w:w="20" w:type="dxa"/>
              <w:top w:w="0" w:type="dxa"/>
              <w:bottom w:w="30" w:type="dxa"/>
            </w:tcMar>
          </w:tcPr>
          <w:p>
            <w:r>
              <w:rPr>
                <w:rFonts w:ascii="Segoe UI Symbol" w:hAnsi="Segoe UI Symbol" w:eastAsia="Segoe UI Symbol"/>
                <w:b w:val="0"/>
                <w:i w:val="0"/>
                <w:sz w:val="28"/>
              </w:rPr>
              <w:t xml:space="preserve">☐ </w:t>
            </w:r>
            <w:r>
              <w:rPr>
                <w:b w:val="0"/>
                <w:i w:val="0"/>
                <w:sz w:val="22"/>
              </w:rPr>
              <w:t>Thanksgiving week</w:t>
            </w:r>
          </w:p>
        </w:tc>
        <w:tc>
          <w:tcPr>
            <w:tcW w:type="dxa" w:w="1872"/>
            <w:tcBorders>
              <w:top w:val="nil"/>
              <w:left w:val="nil"/>
              <w:bottom w:val="nil"/>
              <w:right w:val="nil"/>
            </w:tcBorders>
            <w:tcMar>
              <w:left w:w="20" w:type="dxa"/>
              <w:right w:w="20" w:type="dxa"/>
              <w:top w:w="0" w:type="dxa"/>
              <w:bottom w:w="30" w:type="dxa"/>
            </w:tcMar>
          </w:tcPr>
          <w:p>
            <w:r>
              <w:rPr>
                <w:rFonts w:ascii="Segoe UI Symbol" w:hAnsi="Segoe UI Symbol" w:eastAsia="Segoe UI Symbol"/>
                <w:b w:val="0"/>
                <w:i w:val="0"/>
                <w:sz w:val="28"/>
              </w:rPr>
              <w:t xml:space="preserve">☐ </w:t>
            </w:r>
            <w:r>
              <w:rPr>
                <w:b w:val="0"/>
                <w:i w:val="0"/>
                <w:sz w:val="22"/>
              </w:rPr>
              <w:t>Dec 1–24</w:t>
            </w:r>
          </w:p>
        </w:tc>
        <w:tc>
          <w:tcPr>
            <w:tcW w:type="dxa" w:w="1800"/>
            <w:tcBorders>
              <w:top w:val="nil"/>
              <w:left w:val="nil"/>
              <w:bottom w:val="nil"/>
              <w:right w:val="nil"/>
            </w:tcBorders>
            <w:tcMar>
              <w:left w:w="20" w:type="dxa"/>
              <w:right w:w="20" w:type="dxa"/>
              <w:top w:w="0" w:type="dxa"/>
              <w:bottom w:w="30" w:type="dxa"/>
            </w:tcMar>
          </w:tcPr>
          <w:p>
            <w:r>
              <w:rPr>
                <w:rFonts w:ascii="Segoe UI Symbol" w:hAnsi="Segoe UI Symbol" w:eastAsia="Segoe UI Symbol"/>
                <w:b w:val="0"/>
                <w:i w:val="0"/>
                <w:sz w:val="28"/>
              </w:rPr>
              <w:t xml:space="preserve">☐ </w:t>
            </w:r>
            <w:r>
              <w:rPr>
                <w:b w:val="0"/>
                <w:i w:val="0"/>
                <w:sz w:val="22"/>
              </w:rPr>
              <w:t>Christmas Eve</w:t>
            </w:r>
          </w:p>
        </w:tc>
      </w:tr>
    </w:tbl>
    <w:p>
      <w:pPr>
        <w:spacing w:line="60" w:lineRule="exact"/>
      </w:pPr>
      <w:r>
        <w:rPr>
          <w:sz w:val="4"/>
        </w:rPr>
        <w:t xml:space="preserve"> </w:t>
      </w:r>
    </w:p>
    <w:tbl>
      <w:tblPr>
        <w:jc w:val="center"/>
        <w:tblLayout w:type="fixed"/>
        <w:tblLook w:firstColumn="1" w:firstRow="1" w:lastColumn="0" w:lastRow="0" w:noHBand="0" w:noVBand="1" w:val="04A0"/>
        <w:tblLayout w:type="fixed"/>
        <w:tblW w:w="10512" w:type="dxa"/>
      </w:tblPr>
      <w:tblGrid>
        <w:gridCol w:w="1872"/>
        <w:gridCol w:w="1440"/>
        <w:gridCol w:w="1440"/>
        <w:gridCol w:w="1440"/>
        <w:gridCol w:w="1440"/>
        <w:gridCol w:w="1440"/>
        <w:gridCol w:w="1440"/>
      </w:tblGrid>
      <w:tr>
        <w:trPr>
          <w:trHeight w:val="317" w:hRule="exact"/>
        </w:trPr>
        <w:tc>
          <w:tcPr>
            <w:tcW w:type="dxa" w:w="1872"/>
            <w:vAlign w:val="center"/>
            <w:tcMar>
              <w:left w:w="50" w:type="dxa"/>
              <w:right w:w="40" w:type="dxa"/>
              <w:top w:w="0" w:type="dxa"/>
              <w:bottom w:w="0" w:type="dxa"/>
            </w:tcMar>
            <w:tcBorders>
              <w:top w:val="single" w:sz="4" w:color="888888"/>
              <w:left w:val="single" w:sz="4" w:color="888888"/>
              <w:bottom w:val="single" w:sz="4" w:color="888888"/>
              <w:right w:val="nil"/>
            </w:tcBorders>
          </w:tcPr>
          <w:p>
            <w:r>
              <w:rPr>
                <w:b/>
                <w:i w:val="0"/>
                <w:color w:val="1F4D3A"/>
                <w:sz w:val="17"/>
              </w:rPr>
              <w:t>Hours you can work</w:t>
            </w: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pPr>
              <w:jc w:val="center"/>
            </w:pPr>
            <w:r>
              <w:rPr>
                <w:b/>
                <w:i w:val="0"/>
                <w:color w:val="1F4D3A"/>
                <w:sz w:val="20"/>
              </w:rPr>
              <w:t>Mon</w:t>
            </w: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pPr>
              <w:jc w:val="center"/>
            </w:pPr>
            <w:r>
              <w:rPr>
                <w:b/>
                <w:i w:val="0"/>
                <w:color w:val="1F4D3A"/>
                <w:sz w:val="20"/>
              </w:rPr>
              <w:t>Tue</w:t>
            </w: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pPr>
              <w:jc w:val="center"/>
            </w:pPr>
            <w:r>
              <w:rPr>
                <w:b/>
                <w:i w:val="0"/>
                <w:color w:val="1F4D3A"/>
                <w:sz w:val="20"/>
              </w:rPr>
              <w:t>Wed</w:t>
            </w: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pPr>
              <w:jc w:val="center"/>
            </w:pPr>
            <w:r>
              <w:rPr>
                <w:b/>
                <w:i w:val="0"/>
                <w:color w:val="1F4D3A"/>
                <w:sz w:val="20"/>
              </w:rPr>
              <w:t>Thu</w:t>
            </w: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pPr>
              <w:jc w:val="center"/>
            </w:pPr>
            <w:r>
              <w:rPr>
                <w:b/>
                <w:i w:val="0"/>
                <w:color w:val="1F4D3A"/>
                <w:sz w:val="20"/>
              </w:rPr>
              <w:t>Fri</w:t>
            </w: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pPr>
              <w:jc w:val="center"/>
            </w:pPr>
            <w:r>
              <w:rPr>
                <w:b/>
                <w:i w:val="0"/>
                <w:color w:val="1F4D3A"/>
                <w:sz w:val="20"/>
              </w:rPr>
              <w:t>Sat–Sun</w:t>
            </w:r>
          </w:p>
        </w:tc>
      </w:tr>
      <w:tr>
        <w:trPr>
          <w:trHeight w:val="432" w:hRule="exact"/>
        </w:trPr>
        <w:tc>
          <w:tcPr>
            <w:tcW w:type="dxa" w:w="1872"/>
            <w:vAlign w:val="center"/>
            <w:tcMar>
              <w:left w:w="50" w:type="dxa"/>
              <w:right w:w="40" w:type="dxa"/>
              <w:top w:w="0" w:type="dxa"/>
              <w:bottom w:w="0" w:type="dxa"/>
            </w:tcMar>
            <w:tcBorders>
              <w:top w:val="single" w:sz="4" w:color="888888"/>
              <w:left w:val="single" w:sz="4" w:color="888888"/>
              <w:bottom w:val="single" w:sz="4" w:color="888888"/>
              <w:right w:val="nil"/>
            </w:tcBorders>
          </w:tcPr>
          <w:p>
            <w:r>
              <w:rPr>
                <w:b/>
                <w:i w:val="0"/>
                <w:sz w:val="20"/>
              </w:rPr>
              <w:t>From</w:t>
            </w: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r>
      <w:tr>
        <w:trPr>
          <w:trHeight w:val="432" w:hRule="exact"/>
        </w:trPr>
        <w:tc>
          <w:tcPr>
            <w:tcW w:type="dxa" w:w="1872"/>
            <w:vAlign w:val="center"/>
            <w:tcMar>
              <w:left w:w="50" w:type="dxa"/>
              <w:right w:w="40" w:type="dxa"/>
              <w:top w:w="0" w:type="dxa"/>
              <w:bottom w:w="0" w:type="dxa"/>
            </w:tcMar>
            <w:tcBorders>
              <w:top w:val="single" w:sz="4" w:color="888888"/>
              <w:left w:val="single" w:sz="4" w:color="888888"/>
              <w:bottom w:val="single" w:sz="4" w:color="888888"/>
              <w:right w:val="nil"/>
            </w:tcBorders>
          </w:tcPr>
          <w:p>
            <w:r>
              <w:rPr>
                <w:b/>
                <w:i w:val="0"/>
                <w:sz w:val="20"/>
              </w:rPr>
              <w:t>To</w:t>
            </w: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c>
          <w:tcPr>
            <w:tcW w:type="dxa" w:w="1440"/>
            <w:vAlign w:val="center"/>
            <w:tcMar>
              <w:left w:w="50" w:type="dxa"/>
              <w:right w:w="40" w:type="dxa"/>
              <w:top w:w="0" w:type="dxa"/>
              <w:bottom w:w="0" w:type="dxa"/>
            </w:tcMar>
            <w:tcBorders>
              <w:top w:val="single" w:sz="4" w:color="888888"/>
              <w:left w:val="single" w:sz="4" w:color="888888"/>
              <w:bottom w:val="single" w:sz="4" w:color="888888"/>
              <w:right w:val="single" w:sz="4" w:color="888888"/>
            </w:tcBorders>
          </w:tcPr>
          <w:p/>
        </w:tc>
      </w:tr>
    </w:tbl>
    <w:tbl>
      <w:tblPr>
        <w:jc w:val="center"/>
        <w:tblLayout w:type="fixed"/>
        <w:tblLook w:firstColumn="1" w:firstRow="1" w:lastColumn="0" w:lastRow="0" w:noHBand="0" w:noVBand="1" w:val="04A0"/>
        <w:tblLayout w:type="fixed"/>
        <w:tblW w:w="10512" w:type="dxa"/>
      </w:tblPr>
      <w:tblGrid>
        <w:gridCol w:w="3744"/>
        <w:gridCol w:w="6768"/>
      </w:tblGrid>
      <w:tr>
        <w:trPr>
          <w:trHeight w:val="605" w:hRule="exact"/>
        </w:trPr>
        <w:tc>
          <w:tcPr>
            <w:tcW w:type="dxa" w:w="3744"/>
            <w:vAlign w:val="top"/>
            <w:tcBorders>
              <w:top w:val="nil"/>
              <w:left w:val="nil"/>
              <w:bottom w:val="single" w:sz="6" w:color="555555"/>
              <w:right w:val="nil"/>
            </w:tcBorders>
            <w:tcMar>
              <w:left w:w="40" w:type="dxa"/>
              <w:right w:w="140" w:type="dxa"/>
              <w:top w:w="0" w:type="dxa"/>
              <w:bottom w:w="30" w:type="dxa"/>
            </w:tcMar>
          </w:tcPr>
          <w:p>
            <w:pPr>
              <w:spacing w:before="80"/>
            </w:pPr>
            <w:r>
              <w:rPr>
                <w:b/>
                <w:i w:val="0"/>
                <w:color w:val="1F4D3A"/>
                <w:sz w:val="18"/>
              </w:rPr>
              <w:t>Earliest date you can start</w:t>
            </w:r>
          </w:p>
        </w:tc>
        <w:tc>
          <w:tcPr>
            <w:tcW w:type="dxa" w:w="6768"/>
            <w:vAlign w:val="top"/>
            <w:tcBorders>
              <w:top w:val="nil"/>
              <w:left w:val="nil"/>
              <w:bottom w:val="single" w:sz="6" w:color="555555"/>
              <w:right w:val="nil"/>
            </w:tcBorders>
            <w:tcMar>
              <w:left w:w="40" w:type="dxa"/>
              <w:right w:w="40" w:type="dxa"/>
              <w:top w:w="0" w:type="dxa"/>
              <w:bottom w:w="30" w:type="dxa"/>
            </w:tcMar>
          </w:tcPr>
          <w:p>
            <w:pPr>
              <w:spacing w:before="80"/>
            </w:pPr>
            <w:r>
              <w:rPr>
                <w:b/>
                <w:i w:val="0"/>
                <w:color w:val="1F4D3A"/>
                <w:sz w:val="18"/>
              </w:rPr>
              <w:t>Any dates you can’t work (trips, school events, etc.)</w:t>
            </w:r>
          </w:p>
        </w:tc>
      </w:tr>
    </w:tbl>
    <w:p>
      <w:pPr>
        <w:keepNext/>
        <w:spacing w:before="100" w:after="100"/>
        <w:pBdr>
          <w:bottom w:val="single" w:sz="8" w:space="1" w:color="B0842A"/>
        </w:pBdr>
      </w:pPr>
      <w:r>
        <w:rPr>
          <w:rFonts w:ascii="Georgia" w:hAnsi="Georgia" w:eastAsia="Georgia"/>
          <w:b/>
          <w:i w:val="0"/>
          <w:color w:val="1F4D3A"/>
          <w:sz w:val="26"/>
        </w:rPr>
        <w:t>A Few Questions</w:t>
      </w:r>
    </w:p>
    <w:tbl>
      <w:tblPr>
        <w:jc w:val="center"/>
        <w:tblLayout w:type="fixed"/>
        <w:tblLook w:firstColumn="1" w:firstRow="1" w:lastColumn="0" w:lastRow="0" w:noHBand="0" w:noVBand="1" w:val="04A0"/>
        <w:tblLayout w:type="fixed"/>
        <w:tblW w:w="10512" w:type="dxa"/>
      </w:tblPr>
      <w:tblGrid>
        <w:gridCol w:w="8063"/>
        <w:gridCol w:w="2448"/>
      </w:tblGrid>
      <w:tr>
        <w:trPr>
          <w:trHeight w:val="367" w:hRule="atLeast"/>
        </w:trPr>
        <w:tc>
          <w:tcPr>
            <w:tcW w:type="dxa" w:w="8064"/>
            <w:tcBorders>
              <w:top w:val="nil"/>
              <w:left w:val="nil"/>
              <w:bottom w:val="single" w:sz="4" w:color="BBBBBB"/>
              <w:right w:val="nil"/>
            </w:tcBorders>
            <w:vAlign w:val="center"/>
            <w:tcMar>
              <w:left w:w="40" w:type="dxa"/>
              <w:right w:w="40" w:type="dxa"/>
              <w:top w:w="20" w:type="dxa"/>
              <w:bottom w:w="20" w:type="dxa"/>
            </w:tcMar>
          </w:tcPr>
          <w:p>
            <w:r>
              <w:rPr>
                <w:b w:val="0"/>
                <w:i w:val="0"/>
                <w:sz w:val="22"/>
              </w:rPr>
              <w:t>Are you comfortable working outdoors in cold and rainy weather?</w:t>
            </w:r>
          </w:p>
        </w:tc>
        <w:tc>
          <w:tcPr>
            <w:tcW w:type="dxa" w:w="2448"/>
            <w:tcBorders>
              <w:top w:val="nil"/>
              <w:left w:val="nil"/>
              <w:bottom w:val="single" w:sz="4" w:color="BBBBBB"/>
              <w:right w:val="nil"/>
            </w:tcBorders>
            <w:vAlign w:val="center"/>
            <w:tcMar>
              <w:left w:w="40" w:type="dxa"/>
              <w:right w:w="40" w:type="dxa"/>
              <w:top w:w="20" w:type="dxa"/>
              <w:bottom w:w="20" w:type="dxa"/>
            </w:tcMar>
          </w:tcPr>
          <w:p>
            <w:pPr>
              <w:jc w:val="right"/>
            </w:pPr>
            <w:r>
              <w:rPr>
                <w:rFonts w:ascii="Segoe UI Symbol" w:hAnsi="Segoe UI Symbol" w:eastAsia="Segoe UI Symbol"/>
                <w:b w:val="0"/>
                <w:i w:val="0"/>
                <w:sz w:val="28"/>
              </w:rPr>
              <w:t xml:space="preserve">☐ </w:t>
            </w:r>
            <w:r>
              <w:rPr>
                <w:b w:val="0"/>
                <w:i w:val="0"/>
                <w:sz w:val="22"/>
              </w:rPr>
              <w:t xml:space="preserve">Yes    </w:t>
            </w:r>
            <w:r>
              <w:rPr>
                <w:rFonts w:ascii="Segoe UI Symbol" w:hAnsi="Segoe UI Symbol" w:eastAsia="Segoe UI Symbol"/>
                <w:b w:val="0"/>
                <w:i w:val="0"/>
                <w:sz w:val="28"/>
              </w:rPr>
              <w:t xml:space="preserve">☐ </w:t>
            </w:r>
            <w:r>
              <w:rPr>
                <w:b w:val="0"/>
                <w:i w:val="0"/>
                <w:sz w:val="22"/>
              </w:rPr>
              <w:t>No</w:t>
            </w:r>
          </w:p>
        </w:tc>
      </w:tr>
      <w:tr>
        <w:trPr>
          <w:trHeight w:val="367" w:hRule="atLeast"/>
        </w:trPr>
        <w:tc>
          <w:tcPr>
            <w:tcW w:type="dxa" w:w="8064"/>
            <w:tcBorders>
              <w:top w:val="nil"/>
              <w:left w:val="nil"/>
              <w:bottom w:val="single" w:sz="4" w:color="BBBBBB"/>
              <w:right w:val="nil"/>
            </w:tcBorders>
            <w:vAlign w:val="center"/>
            <w:tcMar>
              <w:left w:w="40" w:type="dxa"/>
              <w:right w:w="40" w:type="dxa"/>
              <w:top w:w="20" w:type="dxa"/>
              <w:bottom w:w="20" w:type="dxa"/>
            </w:tcMar>
          </w:tcPr>
          <w:p>
            <w:r>
              <w:rPr>
                <w:b w:val="0"/>
                <w:i w:val="0"/>
                <w:sz w:val="22"/>
              </w:rPr>
              <w:t>Are you able to lift and carry Christmas trees?</w:t>
            </w:r>
          </w:p>
        </w:tc>
        <w:tc>
          <w:tcPr>
            <w:tcW w:type="dxa" w:w="2448"/>
            <w:tcBorders>
              <w:top w:val="nil"/>
              <w:left w:val="nil"/>
              <w:bottom w:val="single" w:sz="4" w:color="BBBBBB"/>
              <w:right w:val="nil"/>
            </w:tcBorders>
            <w:vAlign w:val="center"/>
            <w:tcMar>
              <w:left w:w="40" w:type="dxa"/>
              <w:right w:w="40" w:type="dxa"/>
              <w:top w:w="20" w:type="dxa"/>
              <w:bottom w:w="20" w:type="dxa"/>
            </w:tcMar>
          </w:tcPr>
          <w:p>
            <w:pPr>
              <w:jc w:val="right"/>
            </w:pPr>
            <w:r>
              <w:rPr>
                <w:rFonts w:ascii="Segoe UI Symbol" w:hAnsi="Segoe UI Symbol" w:eastAsia="Segoe UI Symbol"/>
                <w:b w:val="0"/>
                <w:i w:val="0"/>
                <w:sz w:val="28"/>
              </w:rPr>
              <w:t xml:space="preserve">☐ </w:t>
            </w:r>
            <w:r>
              <w:rPr>
                <w:b w:val="0"/>
                <w:i w:val="0"/>
                <w:sz w:val="22"/>
              </w:rPr>
              <w:t xml:space="preserve">Yes    </w:t>
            </w:r>
            <w:r>
              <w:rPr>
                <w:rFonts w:ascii="Segoe UI Symbol" w:hAnsi="Segoe UI Symbol" w:eastAsia="Segoe UI Symbol"/>
                <w:b w:val="0"/>
                <w:i w:val="0"/>
                <w:sz w:val="28"/>
              </w:rPr>
              <w:t xml:space="preserve">☐ </w:t>
            </w:r>
            <w:r>
              <w:rPr>
                <w:b w:val="0"/>
                <w:i w:val="0"/>
                <w:sz w:val="22"/>
              </w:rPr>
              <w:t>No</w:t>
            </w:r>
          </w:p>
        </w:tc>
      </w:tr>
      <w:tr>
        <w:trPr>
          <w:trHeight w:val="367" w:hRule="atLeast"/>
        </w:trPr>
        <w:tc>
          <w:tcPr>
            <w:tcW w:type="dxa" w:w="8064"/>
            <w:tcBorders>
              <w:top w:val="nil"/>
              <w:left w:val="nil"/>
              <w:bottom w:val="nil"/>
              <w:right w:val="nil"/>
            </w:tcBorders>
            <w:vAlign w:val="center"/>
            <w:tcMar>
              <w:left w:w="40" w:type="dxa"/>
              <w:right w:w="40" w:type="dxa"/>
              <w:top w:w="20" w:type="dxa"/>
              <w:bottom w:w="20" w:type="dxa"/>
            </w:tcMar>
          </w:tcPr>
          <w:p>
            <w:r>
              <w:rPr>
                <w:b w:val="0"/>
                <w:i w:val="0"/>
                <w:sz w:val="22"/>
              </w:rPr>
              <w:t>Can you do the physical work, with or without a reasonable accommodation?</w:t>
            </w:r>
          </w:p>
        </w:tc>
        <w:tc>
          <w:tcPr>
            <w:tcW w:type="dxa" w:w="2448"/>
            <w:tcBorders>
              <w:top w:val="nil"/>
              <w:left w:val="nil"/>
              <w:bottom w:val="nil"/>
              <w:right w:val="nil"/>
            </w:tcBorders>
            <w:vAlign w:val="center"/>
            <w:tcMar>
              <w:left w:w="40" w:type="dxa"/>
              <w:right w:w="40" w:type="dxa"/>
              <w:top w:w="20" w:type="dxa"/>
              <w:bottom w:w="20" w:type="dxa"/>
            </w:tcMar>
          </w:tcPr>
          <w:p>
            <w:pPr>
              <w:jc w:val="right"/>
            </w:pPr>
            <w:r>
              <w:rPr>
                <w:rFonts w:ascii="Segoe UI Symbol" w:hAnsi="Segoe UI Symbol" w:eastAsia="Segoe UI Symbol"/>
                <w:b w:val="0"/>
                <w:i w:val="0"/>
                <w:sz w:val="28"/>
              </w:rPr>
              <w:t xml:space="preserve">☐ </w:t>
            </w:r>
            <w:r>
              <w:rPr>
                <w:b w:val="0"/>
                <w:i w:val="0"/>
                <w:sz w:val="22"/>
              </w:rPr>
              <w:t xml:space="preserve">Yes    </w:t>
            </w:r>
            <w:r>
              <w:rPr>
                <w:rFonts w:ascii="Segoe UI Symbol" w:hAnsi="Segoe UI Symbol" w:eastAsia="Segoe UI Symbol"/>
                <w:b w:val="0"/>
                <w:i w:val="0"/>
                <w:sz w:val="28"/>
              </w:rPr>
              <w:t xml:space="preserve">☐ </w:t>
            </w:r>
            <w:r>
              <w:rPr>
                <w:b w:val="0"/>
                <w:i w:val="0"/>
                <w:sz w:val="22"/>
              </w:rPr>
              <w:t>No</w:t>
            </w:r>
          </w:p>
        </w:tc>
      </w:tr>
      <w:tr>
        <w:trPr>
          <w:trHeight w:val="518" w:hRule="exact"/>
        </w:trPr>
        <w:tc>
          <w:tcPr>
            <w:tcW w:type="dxa" w:w="10512"/>
            <w:gridSpan w:val="2"/>
            <w:tcBorders>
              <w:top w:val="nil"/>
              <w:left w:val="nil"/>
              <w:bottom w:val="single" w:sz="4" w:color="BBBBBB"/>
              <w:right w:val="nil"/>
            </w:tcBorders>
            <w:vAlign w:val="bottom"/>
            <w:tcMar>
              <w:left w:w="280" w:type="dxa"/>
              <w:right w:w="40" w:type="dxa"/>
              <w:top w:w="0" w:type="dxa"/>
              <w:bottom w:w="10" w:type="dxa"/>
            </w:tcMar>
          </w:tcPr>
          <w:p>
            <w:r>
              <w:rPr>
                <w:b/>
                <w:i w:val="0"/>
                <w:color w:val="1F4D3A"/>
                <w:sz w:val="20"/>
              </w:rPr>
              <w:t xml:space="preserve">If no, or if you’d like to ask about an accommodation, tell us here: </w:t>
            </w:r>
            <w:r>
              <w:rPr>
                <w:b w:val="0"/>
                <w:i w:val="0"/>
                <w:color w:val="555555"/>
                <w:sz w:val="22"/>
              </w:rPr>
              <w:t>______________________________________</w:t>
            </w:r>
          </w:p>
        </w:tc>
      </w:tr>
      <w:tr>
        <w:trPr>
          <w:trHeight w:val="367" w:hRule="atLeast"/>
        </w:trPr>
        <w:tc>
          <w:tcPr>
            <w:tcW w:type="dxa" w:w="8064"/>
            <w:tcBorders>
              <w:top w:val="nil"/>
              <w:left w:val="nil"/>
              <w:bottom w:val="single" w:sz="4" w:color="BBBBBB"/>
              <w:right w:val="nil"/>
            </w:tcBorders>
            <w:vAlign w:val="center"/>
            <w:tcMar>
              <w:left w:w="40" w:type="dxa"/>
              <w:right w:w="40" w:type="dxa"/>
              <w:top w:w="20" w:type="dxa"/>
              <w:bottom w:w="20" w:type="dxa"/>
            </w:tcMar>
          </w:tcPr>
          <w:p>
            <w:r>
              <w:rPr>
                <w:b w:val="0"/>
                <w:i w:val="0"/>
                <w:sz w:val="22"/>
              </w:rPr>
              <w:t>Are you able to be on your feet and moving for a full shift, up to 8 hours?</w:t>
            </w:r>
          </w:p>
        </w:tc>
        <w:tc>
          <w:tcPr>
            <w:tcW w:type="dxa" w:w="2448"/>
            <w:tcBorders>
              <w:top w:val="nil"/>
              <w:left w:val="nil"/>
              <w:bottom w:val="single" w:sz="4" w:color="BBBBBB"/>
              <w:right w:val="nil"/>
            </w:tcBorders>
            <w:vAlign w:val="center"/>
            <w:tcMar>
              <w:left w:w="40" w:type="dxa"/>
              <w:right w:w="40" w:type="dxa"/>
              <w:top w:w="20" w:type="dxa"/>
              <w:bottom w:w="20" w:type="dxa"/>
            </w:tcMar>
          </w:tcPr>
          <w:p>
            <w:pPr>
              <w:jc w:val="right"/>
            </w:pPr>
            <w:r>
              <w:rPr>
                <w:rFonts w:ascii="Segoe UI Symbol" w:hAnsi="Segoe UI Symbol" w:eastAsia="Segoe UI Symbol"/>
                <w:b w:val="0"/>
                <w:i w:val="0"/>
                <w:sz w:val="28"/>
              </w:rPr>
              <w:t xml:space="preserve">☐ </w:t>
            </w:r>
            <w:r>
              <w:rPr>
                <w:b w:val="0"/>
                <w:i w:val="0"/>
                <w:sz w:val="22"/>
              </w:rPr>
              <w:t xml:space="preserve">Yes    </w:t>
            </w:r>
            <w:r>
              <w:rPr>
                <w:rFonts w:ascii="Segoe UI Symbol" w:hAnsi="Segoe UI Symbol" w:eastAsia="Segoe UI Symbol"/>
                <w:b w:val="0"/>
                <w:i w:val="0"/>
                <w:sz w:val="28"/>
              </w:rPr>
              <w:t xml:space="preserve">☐ </w:t>
            </w:r>
            <w:r>
              <w:rPr>
                <w:b w:val="0"/>
                <w:i w:val="0"/>
                <w:sz w:val="22"/>
              </w:rPr>
              <w:t>No</w:t>
            </w:r>
          </w:p>
        </w:tc>
      </w:tr>
      <w:tr>
        <w:trPr>
          <w:trHeight w:val="367" w:hRule="atLeast"/>
        </w:trPr>
        <w:tc>
          <w:tcPr>
            <w:tcW w:type="dxa" w:w="8064"/>
            <w:tcBorders>
              <w:top w:val="nil"/>
              <w:left w:val="nil"/>
              <w:bottom w:val="single" w:sz="4" w:color="BBBBBB"/>
              <w:right w:val="nil"/>
            </w:tcBorders>
            <w:vAlign w:val="center"/>
            <w:tcMar>
              <w:left w:w="40" w:type="dxa"/>
              <w:right w:w="40" w:type="dxa"/>
              <w:top w:w="20" w:type="dxa"/>
              <w:bottom w:w="20" w:type="dxa"/>
            </w:tcMar>
          </w:tcPr>
          <w:p>
            <w:r>
              <w:rPr>
                <w:b w:val="0"/>
                <w:i w:val="0"/>
                <w:sz w:val="22"/>
              </w:rPr>
              <w:t>Are you able to work evenings until 9 PM?</w:t>
            </w:r>
          </w:p>
        </w:tc>
        <w:tc>
          <w:tcPr>
            <w:tcW w:type="dxa" w:w="2448"/>
            <w:tcBorders>
              <w:top w:val="nil"/>
              <w:left w:val="nil"/>
              <w:bottom w:val="single" w:sz="4" w:color="BBBBBB"/>
              <w:right w:val="nil"/>
            </w:tcBorders>
            <w:vAlign w:val="center"/>
            <w:tcMar>
              <w:left w:w="40" w:type="dxa"/>
              <w:right w:w="40" w:type="dxa"/>
              <w:top w:w="20" w:type="dxa"/>
              <w:bottom w:w="20" w:type="dxa"/>
            </w:tcMar>
          </w:tcPr>
          <w:p>
            <w:pPr>
              <w:jc w:val="right"/>
            </w:pPr>
            <w:r>
              <w:rPr>
                <w:rFonts w:ascii="Segoe UI Symbol" w:hAnsi="Segoe UI Symbol" w:eastAsia="Segoe UI Symbol"/>
                <w:b w:val="0"/>
                <w:i w:val="0"/>
                <w:sz w:val="28"/>
              </w:rPr>
              <w:t xml:space="preserve">☐ </w:t>
            </w:r>
            <w:r>
              <w:rPr>
                <w:b w:val="0"/>
                <w:i w:val="0"/>
                <w:sz w:val="22"/>
              </w:rPr>
              <w:t xml:space="preserve">Yes    </w:t>
            </w:r>
            <w:r>
              <w:rPr>
                <w:rFonts w:ascii="Segoe UI Symbol" w:hAnsi="Segoe UI Symbol" w:eastAsia="Segoe UI Symbol"/>
                <w:b w:val="0"/>
                <w:i w:val="0"/>
                <w:sz w:val="28"/>
              </w:rPr>
              <w:t xml:space="preserve">☐ </w:t>
            </w:r>
            <w:r>
              <w:rPr>
                <w:b w:val="0"/>
                <w:i w:val="0"/>
                <w:sz w:val="22"/>
              </w:rPr>
              <w:t>No</w:t>
            </w:r>
          </w:p>
        </w:tc>
      </w:tr>
      <w:tr>
        <w:trPr>
          <w:trHeight w:val="367" w:hRule="atLeast"/>
        </w:trPr>
        <w:tc>
          <w:tcPr>
            <w:tcW w:type="dxa" w:w="8064"/>
            <w:tcBorders>
              <w:top w:val="nil"/>
              <w:left w:val="nil"/>
              <w:bottom w:val="single" w:sz="4" w:color="BBBBBB"/>
              <w:right w:val="nil"/>
            </w:tcBorders>
            <w:vAlign w:val="center"/>
            <w:tcMar>
              <w:left w:w="40" w:type="dxa"/>
              <w:right w:w="40" w:type="dxa"/>
              <w:top w:w="20" w:type="dxa"/>
              <w:bottom w:w="20" w:type="dxa"/>
            </w:tcMar>
          </w:tcPr>
          <w:p>
            <w:r>
              <w:rPr>
                <w:b w:val="0"/>
                <w:i w:val="0"/>
                <w:sz w:val="22"/>
              </w:rPr>
              <w:t>Do you have reliable transportation to and from the lot?</w:t>
            </w:r>
          </w:p>
        </w:tc>
        <w:tc>
          <w:tcPr>
            <w:tcW w:type="dxa" w:w="2448"/>
            <w:tcBorders>
              <w:top w:val="nil"/>
              <w:left w:val="nil"/>
              <w:bottom w:val="single" w:sz="4" w:color="BBBBBB"/>
              <w:right w:val="nil"/>
            </w:tcBorders>
            <w:vAlign w:val="center"/>
            <w:tcMar>
              <w:left w:w="40" w:type="dxa"/>
              <w:right w:w="40" w:type="dxa"/>
              <w:top w:w="20" w:type="dxa"/>
              <w:bottom w:w="20" w:type="dxa"/>
            </w:tcMar>
          </w:tcPr>
          <w:p>
            <w:pPr>
              <w:jc w:val="right"/>
            </w:pPr>
            <w:r>
              <w:rPr>
                <w:rFonts w:ascii="Segoe UI Symbol" w:hAnsi="Segoe UI Symbol" w:eastAsia="Segoe UI Symbol"/>
                <w:b w:val="0"/>
                <w:i w:val="0"/>
                <w:sz w:val="28"/>
              </w:rPr>
              <w:t xml:space="preserve">☐ </w:t>
            </w:r>
            <w:r>
              <w:rPr>
                <w:b w:val="0"/>
                <w:i w:val="0"/>
                <w:sz w:val="22"/>
              </w:rPr>
              <w:t xml:space="preserve">Yes    </w:t>
            </w:r>
            <w:r>
              <w:rPr>
                <w:rFonts w:ascii="Segoe UI Symbol" w:hAnsi="Segoe UI Symbol" w:eastAsia="Segoe UI Symbol"/>
                <w:b w:val="0"/>
                <w:i w:val="0"/>
                <w:sz w:val="28"/>
              </w:rPr>
              <w:t xml:space="preserve">☐ </w:t>
            </w:r>
            <w:r>
              <w:rPr>
                <w:b w:val="0"/>
                <w:i w:val="0"/>
                <w:sz w:val="22"/>
              </w:rPr>
              <w:t>No</w:t>
            </w:r>
          </w:p>
        </w:tc>
      </w:tr>
      <w:tr>
        <w:trPr>
          <w:trHeight w:val="367" w:hRule="atLeast"/>
        </w:trPr>
        <w:tc>
          <w:tcPr>
            <w:tcW w:type="dxa" w:w="8064"/>
            <w:tcBorders>
              <w:top w:val="nil"/>
              <w:left w:val="nil"/>
              <w:bottom w:val="single" w:sz="4" w:color="BBBBBB"/>
              <w:right w:val="nil"/>
            </w:tcBorders>
            <w:vAlign w:val="center"/>
            <w:tcMar>
              <w:left w:w="40" w:type="dxa"/>
              <w:right w:w="40" w:type="dxa"/>
              <w:top w:w="20" w:type="dxa"/>
              <w:bottom w:w="20" w:type="dxa"/>
            </w:tcMar>
          </w:tcPr>
          <w:p>
            <w:r>
              <w:rPr>
                <w:b w:val="0"/>
                <w:i w:val="0"/>
                <w:sz w:val="22"/>
              </w:rPr>
              <w:t>Are you available to work clean up / take down, December 26–31?</w:t>
            </w:r>
          </w:p>
        </w:tc>
        <w:tc>
          <w:tcPr>
            <w:tcW w:type="dxa" w:w="2448"/>
            <w:tcBorders>
              <w:top w:val="nil"/>
              <w:left w:val="nil"/>
              <w:bottom w:val="single" w:sz="4" w:color="BBBBBB"/>
              <w:right w:val="nil"/>
            </w:tcBorders>
            <w:vAlign w:val="center"/>
            <w:tcMar>
              <w:left w:w="40" w:type="dxa"/>
              <w:right w:w="40" w:type="dxa"/>
              <w:top w:w="20" w:type="dxa"/>
              <w:bottom w:w="20" w:type="dxa"/>
            </w:tcMar>
          </w:tcPr>
          <w:p>
            <w:pPr>
              <w:jc w:val="right"/>
            </w:pPr>
            <w:r>
              <w:rPr>
                <w:rFonts w:ascii="Segoe UI Symbol" w:hAnsi="Segoe UI Symbol" w:eastAsia="Segoe UI Symbol"/>
                <w:b w:val="0"/>
                <w:i w:val="0"/>
                <w:sz w:val="28"/>
              </w:rPr>
              <w:t xml:space="preserve">☐ </w:t>
            </w:r>
            <w:r>
              <w:rPr>
                <w:b w:val="0"/>
                <w:i w:val="0"/>
                <w:sz w:val="22"/>
              </w:rPr>
              <w:t xml:space="preserve">Yes    </w:t>
            </w:r>
            <w:r>
              <w:rPr>
                <w:rFonts w:ascii="Segoe UI Symbol" w:hAnsi="Segoe UI Symbol" w:eastAsia="Segoe UI Symbol"/>
                <w:b w:val="0"/>
                <w:i w:val="0"/>
                <w:sz w:val="28"/>
              </w:rPr>
              <w:t xml:space="preserve">☐ </w:t>
            </w:r>
            <w:r>
              <w:rPr>
                <w:b w:val="0"/>
                <w:i w:val="0"/>
                <w:sz w:val="22"/>
              </w:rPr>
              <w:t>No</w:t>
            </w:r>
          </w:p>
        </w:tc>
      </w:tr>
    </w:tbl>
    <w:p>
      <w:pPr>
        <w:keepNext/>
        <w:spacing w:before="180"/>
      </w:pPr>
      <w:r>
        <w:rPr>
          <w:b/>
          <w:i w:val="0"/>
          <w:color w:val="1F4D3A"/>
          <w:sz w:val="22"/>
        </w:rPr>
        <w:t>Why do you want to be a Kringle’s elf?</w:t>
      </w:r>
    </w:p>
    <w:tbl>
      <w:tblPr>
        <w:jc w:val="center"/>
        <w:tblLayout w:type="fixed"/>
        <w:tblLook w:firstColumn="1" w:firstRow="1" w:lastColumn="0" w:lastRow="0" w:noHBand="0" w:noVBand="1" w:val="04A0"/>
        <w:tblLayout w:type="fixed"/>
        <w:tblW w:w="10512" w:type="dxa"/>
      </w:tblPr>
      <w:tblGrid>
        <w:gridCol w:w="10512"/>
      </w:tblGrid>
      <w:tr>
        <w:trPr>
          <w:trHeight w:val="490" w:hRule="exact"/>
        </w:trPr>
        <w:tc>
          <w:tcPr>
            <w:tcW w:type="dxa" w:w="10512"/>
            <w:tcBorders>
              <w:top w:val="nil"/>
              <w:left w:val="nil"/>
              <w:bottom w:val="single" w:sz="6" w:color="555555"/>
              <w:right w:val="nil"/>
            </w:tcBorders>
          </w:tcPr>
          <w:p/>
        </w:tc>
      </w:tr>
      <w:tr>
        <w:trPr>
          <w:trHeight w:val="490" w:hRule="exact"/>
        </w:trPr>
        <w:tc>
          <w:tcPr>
            <w:tcW w:type="dxa" w:w="10512"/>
            <w:tcBorders>
              <w:top w:val="nil"/>
              <w:left w:val="nil"/>
              <w:bottom w:val="single" w:sz="6" w:color="555555"/>
              <w:right w:val="nil"/>
            </w:tcBorders>
          </w:tcPr>
          <w:p/>
        </w:tc>
      </w:tr>
    </w:tbl>
    <w:p>
      <w:pPr>
        <w:pageBreakBefore/>
        <w:spacing w:line="40" w:lineRule="exact"/>
      </w:pPr>
      <w:r>
        <w:rPr>
          <w:b w:val="0"/>
          <w:i w:val="0"/>
          <w:sz w:val="4"/>
        </w:rPr>
        <w:t xml:space="preserve"> </w:t>
      </w:r>
    </w:p>
    <w:tbl>
      <w:tblPr>
        <w:jc w:val="center"/>
        <w:tblLayout w:type="fixed"/>
        <w:tblLook w:firstColumn="1" w:firstRow="1" w:lastColumn="0" w:lastRow="0" w:noHBand="0" w:noVBand="1" w:val="04A0"/>
        <w:tblLayout w:type="fixed"/>
        <w:tblW w:w="10512" w:type="dxa"/>
      </w:tblPr>
      <w:tblGrid>
        <w:gridCol w:w="5976"/>
        <w:gridCol w:w="1728"/>
        <w:gridCol w:w="2808"/>
      </w:tblGrid>
      <w:tr>
        <w:trPr>
          <w:trHeight w:val="432" w:hRule="atLeast"/>
        </w:trPr>
        <w:tc>
          <w:tcPr>
            <w:tcW w:type="dxa" w:w="5976"/>
            <w:vAlign w:val="bottom"/>
            <w:tcMar>
              <w:left w:w="40" w:type="dxa"/>
              <w:right w:w="40" w:type="dxa"/>
              <w:top w:w="0" w:type="dxa"/>
              <w:bottom w:w="20" w:type="dxa"/>
            </w:tcMar>
            <w:tcBorders>
              <w:top w:val="nil"/>
              <w:left w:val="nil"/>
              <w:bottom w:val="nil"/>
              <w:right w:val="nil"/>
            </w:tcBorders>
          </w:tcPr>
          <w:p>
            <w:r>
              <w:rPr>
                <w:rFonts w:ascii="Georgia" w:hAnsi="Georgia" w:eastAsia="Georgia"/>
                <w:b/>
                <w:i w:val="0"/>
                <w:color w:val="1F4D3A"/>
                <w:sz w:val="28"/>
              </w:rPr>
              <w:t>Kringle’s Korner Elf Application</w:t>
            </w:r>
            <w:r>
              <w:rPr>
                <w:b w:val="0"/>
                <w:i w:val="0"/>
                <w:color w:val="444444"/>
                <w:sz w:val="20"/>
              </w:rPr>
              <w:t xml:space="preserve">  •  Page 2</w:t>
            </w:r>
          </w:p>
        </w:tc>
        <w:tc>
          <w:tcPr>
            <w:tcW w:type="dxa" w:w="1728"/>
            <w:vAlign w:val="bottom"/>
            <w:tcMar>
              <w:left w:w="40" w:type="dxa"/>
              <w:right w:w="40" w:type="dxa"/>
              <w:top w:w="0" w:type="dxa"/>
              <w:bottom w:w="20" w:type="dxa"/>
            </w:tcMar>
            <w:tcBorders>
              <w:top w:val="nil"/>
              <w:left w:val="nil"/>
              <w:bottom w:val="nil"/>
              <w:right w:val="nil"/>
            </w:tcBorders>
          </w:tcPr>
          <w:p>
            <w:pPr>
              <w:jc w:val="right"/>
            </w:pPr>
            <w:r>
              <w:rPr>
                <w:b/>
                <w:i w:val="0"/>
                <w:color w:val="1F4D3A"/>
                <w:sz w:val="20"/>
              </w:rPr>
              <w:t>Applicant name:</w:t>
            </w:r>
          </w:p>
        </w:tc>
        <w:tc>
          <w:tcPr>
            <w:tcW w:type="dxa" w:w="2808"/>
            <w:vAlign w:val="bottom"/>
            <w:tcMar>
              <w:left w:w="40" w:type="dxa"/>
              <w:right w:w="40" w:type="dxa"/>
              <w:top w:w="0" w:type="dxa"/>
              <w:bottom w:w="20" w:type="dxa"/>
            </w:tcMar>
            <w:tcBorders>
              <w:top w:val="nil"/>
              <w:left w:val="nil"/>
              <w:bottom w:val="single" w:sz="6" w:color="555555"/>
              <w:right w:val="nil"/>
            </w:tcBorders>
          </w:tcPr>
          <w:p/>
        </w:tc>
      </w:tr>
    </w:tbl>
    <w:p>
      <w:pPr>
        <w:keepNext/>
        <w:spacing w:before="100" w:after="100"/>
        <w:pBdr>
          <w:bottom w:val="single" w:sz="8" w:space="1" w:color="B0842A"/>
        </w:pBdr>
      </w:pPr>
      <w:r>
        <w:rPr>
          <w:rFonts w:ascii="Georgia" w:hAnsi="Georgia" w:eastAsia="Georgia"/>
          <w:b/>
          <w:i w:val="0"/>
          <w:color w:val="1F4D3A"/>
          <w:sz w:val="26"/>
        </w:rPr>
        <w:t>Work Experience (optional)</w:t>
      </w:r>
    </w:p>
    <w:p>
      <w:pPr>
        <w:spacing w:after="40"/>
      </w:pPr>
      <w:r>
        <w:rPr>
          <w:b w:val="0"/>
          <w:i w:val="0"/>
          <w:color w:val="444444"/>
          <w:sz w:val="20"/>
        </w:rPr>
        <w:t>Past jobs, volunteering, babysitting, sports, anything counts. No experience is fine. Lots of our elves start here.</w:t>
      </w:r>
    </w:p>
    <w:tbl>
      <w:tblPr>
        <w:jc w:val="center"/>
        <w:tblLayout w:type="fixed"/>
        <w:tblLook w:firstColumn="1" w:firstRow="1" w:lastColumn="0" w:lastRow="0" w:noHBand="0" w:noVBand="1" w:val="04A0"/>
        <w:tblLayout w:type="fixed"/>
        <w:tblW w:w="10512" w:type="dxa"/>
      </w:tblPr>
      <w:tblGrid>
        <w:gridCol w:w="10512"/>
      </w:tblGrid>
      <w:tr>
        <w:trPr>
          <w:trHeight w:val="432" w:hRule="exact"/>
        </w:trPr>
        <w:tc>
          <w:tcPr>
            <w:tcW w:type="dxa" w:w="10512"/>
            <w:tcBorders>
              <w:top w:val="nil"/>
              <w:left w:val="nil"/>
              <w:bottom w:val="single" w:sz="6" w:color="555555"/>
              <w:right w:val="nil"/>
            </w:tcBorders>
          </w:tcPr>
          <w:p/>
        </w:tc>
      </w:tr>
      <w:tr>
        <w:trPr>
          <w:trHeight w:val="432" w:hRule="exact"/>
        </w:trPr>
        <w:tc>
          <w:tcPr>
            <w:tcW w:type="dxa" w:w="10512"/>
            <w:tcBorders>
              <w:top w:val="nil"/>
              <w:left w:val="nil"/>
              <w:bottom w:val="single" w:sz="6" w:color="555555"/>
              <w:right w:val="nil"/>
            </w:tcBorders>
          </w:tcPr>
          <w:p/>
        </w:tc>
      </w:tr>
    </w:tbl>
    <w:p>
      <w:pPr>
        <w:keepNext/>
        <w:spacing w:before="100" w:after="100"/>
        <w:pBdr>
          <w:bottom w:val="single" w:sz="8" w:space="1" w:color="B0842A"/>
        </w:pBdr>
      </w:pPr>
      <w:r>
        <w:rPr>
          <w:rFonts w:ascii="Georgia" w:hAnsi="Georgia" w:eastAsia="Georgia"/>
          <w:b/>
          <w:i w:val="0"/>
          <w:color w:val="1F4D3A"/>
          <w:sz w:val="26"/>
        </w:rPr>
        <w:t>How Did You Hear About Us?</w:t>
      </w:r>
    </w:p>
    <w:tbl>
      <w:tblPr>
        <w:jc w:val="center"/>
        <w:tblLayout w:type="fixed"/>
        <w:tblLook w:firstColumn="1" w:firstRow="1" w:lastColumn="0" w:lastRow="0" w:noHBand="0" w:noVBand="1" w:val="04A0"/>
        <w:tblLayout w:type="fixed"/>
        <w:tblW w:w="10512" w:type="dxa"/>
      </w:tblPr>
      <w:tblGrid>
        <w:gridCol w:w="2448"/>
        <w:gridCol w:w="2592"/>
        <w:gridCol w:w="2304"/>
        <w:gridCol w:w="3168"/>
      </w:tblGrid>
      <w:tr>
        <w:tc>
          <w:tcPr>
            <w:tcW w:type="dxa" w:w="2448"/>
            <w:tcBorders>
              <w:top w:val="nil"/>
              <w:left w:val="nil"/>
              <w:bottom w:val="nil"/>
              <w:right w:val="nil"/>
            </w:tcBorders>
            <w:tcMar>
              <w:left w:w="20" w:type="dxa"/>
              <w:right w:w="20" w:type="dxa"/>
              <w:top w:w="0" w:type="dxa"/>
              <w:bottom w:w="10" w:type="dxa"/>
            </w:tcMar>
          </w:tcPr>
          <w:p>
            <w:r>
              <w:rPr>
                <w:rFonts w:ascii="Segoe UI Symbol" w:hAnsi="Segoe UI Symbol" w:eastAsia="Segoe UI Symbol"/>
                <w:b w:val="0"/>
                <w:i w:val="0"/>
                <w:sz w:val="28"/>
              </w:rPr>
              <w:t xml:space="preserve">☐ </w:t>
            </w:r>
            <w:r>
              <w:rPr>
                <w:b w:val="0"/>
                <w:i w:val="0"/>
                <w:sz w:val="22"/>
              </w:rPr>
              <w:t>Friend or family</w:t>
            </w:r>
          </w:p>
        </w:tc>
        <w:tc>
          <w:tcPr>
            <w:tcW w:type="dxa" w:w="2592"/>
            <w:tcBorders>
              <w:top w:val="nil"/>
              <w:left w:val="nil"/>
              <w:bottom w:val="nil"/>
              <w:right w:val="nil"/>
            </w:tcBorders>
            <w:tcMar>
              <w:left w:w="20" w:type="dxa"/>
              <w:right w:w="20" w:type="dxa"/>
              <w:top w:w="0" w:type="dxa"/>
              <w:bottom w:w="10" w:type="dxa"/>
            </w:tcMar>
          </w:tcPr>
          <w:p>
            <w:r>
              <w:rPr>
                <w:rFonts w:ascii="Segoe UI Symbol" w:hAnsi="Segoe UI Symbol" w:eastAsia="Segoe UI Symbol"/>
                <w:b w:val="0"/>
                <w:i w:val="0"/>
                <w:sz w:val="28"/>
              </w:rPr>
              <w:t xml:space="preserve">☐ </w:t>
            </w:r>
            <w:r>
              <w:rPr>
                <w:b w:val="0"/>
                <w:i w:val="0"/>
                <w:sz w:val="22"/>
              </w:rPr>
              <w:t>Worked here before</w:t>
            </w:r>
          </w:p>
        </w:tc>
        <w:tc>
          <w:tcPr>
            <w:tcW w:type="dxa" w:w="2304"/>
            <w:tcBorders>
              <w:top w:val="nil"/>
              <w:left w:val="nil"/>
              <w:bottom w:val="nil"/>
              <w:right w:val="nil"/>
            </w:tcBorders>
            <w:tcMar>
              <w:left w:w="20" w:type="dxa"/>
              <w:right w:w="20" w:type="dxa"/>
              <w:top w:w="0" w:type="dxa"/>
              <w:bottom w:w="10" w:type="dxa"/>
            </w:tcMar>
          </w:tcPr>
          <w:p>
            <w:r>
              <w:rPr>
                <w:rFonts w:ascii="Segoe UI Symbol" w:hAnsi="Segoe UI Symbol" w:eastAsia="Segoe UI Symbol"/>
                <w:b w:val="0"/>
                <w:i w:val="0"/>
                <w:sz w:val="28"/>
              </w:rPr>
              <w:t xml:space="preserve">☐ </w:t>
            </w:r>
            <w:r>
              <w:rPr>
                <w:b w:val="0"/>
                <w:i w:val="0"/>
                <w:sz w:val="22"/>
              </w:rPr>
              <w:t>School</w:t>
            </w:r>
          </w:p>
        </w:tc>
        <w:tc>
          <w:tcPr>
            <w:tcW w:type="dxa" w:w="3168"/>
            <w:tcBorders>
              <w:top w:val="nil"/>
              <w:left w:val="nil"/>
              <w:bottom w:val="nil"/>
              <w:right w:val="nil"/>
            </w:tcBorders>
            <w:tcMar>
              <w:left w:w="20" w:type="dxa"/>
              <w:right w:w="20" w:type="dxa"/>
              <w:top w:w="0" w:type="dxa"/>
              <w:bottom w:w="10" w:type="dxa"/>
            </w:tcMar>
          </w:tcPr>
          <w:p>
            <w:r>
              <w:rPr>
                <w:rFonts w:ascii="Segoe UI Symbol" w:hAnsi="Segoe UI Symbol" w:eastAsia="Segoe UI Symbol"/>
                <w:b w:val="0"/>
                <w:i w:val="0"/>
                <w:sz w:val="28"/>
              </w:rPr>
              <w:t xml:space="preserve">☐ </w:t>
            </w:r>
            <w:r>
              <w:rPr>
                <w:b w:val="0"/>
                <w:i w:val="0"/>
                <w:sz w:val="22"/>
              </w:rPr>
              <w:t>Saw the lot</w:t>
            </w:r>
          </w:p>
        </w:tc>
      </w:tr>
      <w:tr>
        <w:tc>
          <w:tcPr>
            <w:tcW w:type="dxa" w:w="2448"/>
            <w:tcBorders>
              <w:top w:val="nil"/>
              <w:left w:val="nil"/>
              <w:bottom w:val="nil"/>
              <w:right w:val="nil"/>
            </w:tcBorders>
            <w:tcMar>
              <w:left w:w="20" w:type="dxa"/>
              <w:right w:w="20" w:type="dxa"/>
              <w:top w:w="0" w:type="dxa"/>
              <w:bottom w:w="10" w:type="dxa"/>
            </w:tcMar>
          </w:tcPr>
          <w:p>
            <w:r>
              <w:rPr>
                <w:rFonts w:ascii="Segoe UI Symbol" w:hAnsi="Segoe UI Symbol" w:eastAsia="Segoe UI Symbol"/>
                <w:b w:val="0"/>
                <w:i w:val="0"/>
                <w:sz w:val="28"/>
              </w:rPr>
              <w:t xml:space="preserve">☐ </w:t>
            </w:r>
            <w:r>
              <w:rPr>
                <w:b w:val="0"/>
                <w:i w:val="0"/>
                <w:sz w:val="22"/>
              </w:rPr>
              <w:t>Website</w:t>
            </w:r>
          </w:p>
        </w:tc>
        <w:tc>
          <w:tcPr>
            <w:tcW w:type="dxa" w:w="2592"/>
            <w:tcBorders>
              <w:top w:val="nil"/>
              <w:left w:val="nil"/>
              <w:bottom w:val="nil"/>
              <w:right w:val="nil"/>
            </w:tcBorders>
            <w:tcMar>
              <w:left w:w="20" w:type="dxa"/>
              <w:right w:w="20" w:type="dxa"/>
              <w:top w:w="0" w:type="dxa"/>
              <w:bottom w:w="10" w:type="dxa"/>
            </w:tcMar>
          </w:tcPr>
          <w:p>
            <w:r>
              <w:rPr>
                <w:rFonts w:ascii="Segoe UI Symbol" w:hAnsi="Segoe UI Symbol" w:eastAsia="Segoe UI Symbol"/>
                <w:b w:val="0"/>
                <w:i w:val="0"/>
                <w:sz w:val="28"/>
              </w:rPr>
              <w:t xml:space="preserve">☐ </w:t>
            </w:r>
            <w:r>
              <w:rPr>
                <w:b w:val="0"/>
                <w:i w:val="0"/>
                <w:sz w:val="22"/>
              </w:rPr>
              <w:t>Social media</w:t>
            </w:r>
          </w:p>
        </w:tc>
        <w:tc>
          <w:tcPr>
            <w:tcW w:type="dxa" w:w="2304"/>
            <w:tcBorders>
              <w:top w:val="nil"/>
              <w:left w:val="nil"/>
              <w:bottom w:val="nil"/>
              <w:right w:val="nil"/>
            </w:tcBorders>
            <w:tcMar>
              <w:left w:w="20" w:type="dxa"/>
              <w:right w:w="20" w:type="dxa"/>
              <w:top w:w="0" w:type="dxa"/>
              <w:bottom w:w="10" w:type="dxa"/>
            </w:tcMar>
          </w:tcPr>
          <w:p>
            <w:r>
              <w:rPr>
                <w:rFonts w:ascii="Segoe UI Symbol" w:hAnsi="Segoe UI Symbol" w:eastAsia="Segoe UI Symbol"/>
                <w:b w:val="0"/>
                <w:i w:val="0"/>
                <w:sz w:val="28"/>
              </w:rPr>
              <w:t xml:space="preserve">☐ </w:t>
            </w:r>
            <w:r>
              <w:rPr>
                <w:b w:val="0"/>
                <w:i w:val="0"/>
                <w:sz w:val="22"/>
              </w:rPr>
              <w:t>Flyer or sign</w:t>
            </w:r>
          </w:p>
        </w:tc>
        <w:tc>
          <w:tcPr>
            <w:tcW w:type="dxa" w:w="3168"/>
            <w:tcBorders>
              <w:top w:val="nil"/>
              <w:left w:val="nil"/>
              <w:bottom w:val="nil"/>
              <w:right w:val="nil"/>
            </w:tcBorders>
            <w:tcMar>
              <w:left w:w="20" w:type="dxa"/>
              <w:right w:w="20" w:type="dxa"/>
              <w:top w:w="0" w:type="dxa"/>
              <w:bottom w:w="10" w:type="dxa"/>
            </w:tcMar>
          </w:tcPr>
          <w:p>
            <w:r>
              <w:rPr>
                <w:rFonts w:ascii="Segoe UI Symbol" w:hAnsi="Segoe UI Symbol" w:eastAsia="Segoe UI Symbol"/>
                <w:b w:val="0"/>
                <w:i w:val="0"/>
                <w:sz w:val="28"/>
              </w:rPr>
              <w:t xml:space="preserve">☐ </w:t>
            </w:r>
            <w:r>
              <w:rPr>
                <w:b w:val="0"/>
                <w:i w:val="0"/>
                <w:sz w:val="22"/>
              </w:rPr>
              <w:t>Other: ________</w:t>
            </w:r>
          </w:p>
        </w:tc>
      </w:tr>
    </w:tbl>
    <w:p>
      <w:pPr>
        <w:keepNext/>
        <w:spacing w:before="100" w:after="100"/>
        <w:pBdr>
          <w:bottom w:val="single" w:sz="8" w:space="1" w:color="B0842A"/>
        </w:pBdr>
      </w:pPr>
      <w:r>
        <w:rPr>
          <w:rFonts w:ascii="Georgia" w:hAnsi="Georgia" w:eastAsia="Georgia"/>
          <w:b/>
          <w:i w:val="0"/>
          <w:color w:val="1F4D3A"/>
          <w:sz w:val="26"/>
        </w:rPr>
        <w:t>References</w:t>
      </w:r>
    </w:p>
    <w:p>
      <w:pPr>
        <w:spacing w:after="0"/>
      </w:pPr>
      <w:r>
        <w:rPr>
          <w:b/>
          <w:i w:val="0"/>
          <w:sz w:val="20"/>
        </w:rPr>
        <w:t xml:space="preserve">Please list a current or previous Kringle’s elf or employee. If you don’t know one, please provide 2 references. </w:t>
      </w:r>
      <w:r>
        <w:rPr>
          <w:b w:val="0"/>
          <w:i w:val="0"/>
          <w:color w:val="444444"/>
          <w:sz w:val="20"/>
        </w:rPr>
        <w:t>Two people who know you, but not family. A teacher, coach, neighbor, or past boss all work.</w:t>
      </w:r>
    </w:p>
    <w:tbl>
      <w:tblPr>
        <w:jc w:val="center"/>
        <w:tblLayout w:type="fixed"/>
        <w:tblLook w:firstColumn="1" w:firstRow="1" w:lastColumn="0" w:lastRow="0" w:noHBand="0" w:noVBand="1" w:val="04A0"/>
        <w:tblLayout w:type="fixed"/>
        <w:tblW w:w="10512" w:type="dxa"/>
      </w:tblPr>
      <w:tblGrid>
        <w:gridCol w:w="2088"/>
        <w:gridCol w:w="8424"/>
      </w:tblGrid>
      <w:tr>
        <w:trPr>
          <w:trHeight w:val="518" w:hRule="exact"/>
        </w:trPr>
        <w:tc>
          <w:tcPr>
            <w:tcW w:type="dxa" w:w="2088"/>
            <w:vAlign w:val="bottom"/>
            <w:tcMar>
              <w:left w:w="40" w:type="dxa"/>
              <w:right w:w="40" w:type="dxa"/>
              <w:top w:w="0" w:type="dxa"/>
              <w:bottom w:w="20" w:type="dxa"/>
            </w:tcMar>
            <w:tcBorders>
              <w:top w:val="nil"/>
              <w:left w:val="nil"/>
              <w:bottom w:val="nil"/>
              <w:right w:val="nil"/>
            </w:tcBorders>
          </w:tcPr>
          <w:p>
            <w:r>
              <w:rPr>
                <w:b/>
                <w:i w:val="0"/>
                <w:color w:val="1F4D3A"/>
                <w:sz w:val="20"/>
              </w:rPr>
              <w:t>Who referred you?</w:t>
            </w:r>
          </w:p>
        </w:tc>
        <w:tc>
          <w:tcPr>
            <w:tcW w:type="dxa" w:w="8424"/>
            <w:vAlign w:val="bottom"/>
            <w:tcMar>
              <w:left w:w="40" w:type="dxa"/>
              <w:right w:w="40" w:type="dxa"/>
              <w:top w:w="0" w:type="dxa"/>
              <w:bottom w:w="20" w:type="dxa"/>
            </w:tcMar>
            <w:tcBorders>
              <w:top w:val="nil"/>
              <w:left w:val="nil"/>
              <w:bottom w:val="single" w:sz="6" w:color="555555"/>
              <w:right w:val="nil"/>
            </w:tcBorders>
          </w:tcPr>
          <w:p/>
        </w:tc>
      </w:tr>
    </w:tbl>
    <w:tbl>
      <w:tblPr>
        <w:jc w:val="center"/>
        <w:tblLayout w:type="fixed"/>
        <w:tblLook w:firstColumn="1" w:firstRow="1" w:lastColumn="0" w:lastRow="0" w:noHBand="0" w:noVBand="1" w:val="04A0"/>
        <w:tblLayout w:type="fixed"/>
        <w:tblW w:w="10512" w:type="dxa"/>
      </w:tblPr>
      <w:tblGrid>
        <w:gridCol w:w="4320"/>
        <w:gridCol w:w="3024"/>
        <w:gridCol w:w="3168"/>
      </w:tblGrid>
      <w:tr>
        <w:trPr>
          <w:trHeight w:val="662" w:hRule="exact"/>
        </w:trPr>
        <w:tc>
          <w:tcPr>
            <w:tcW w:type="dxa" w:w="4320"/>
            <w:vAlign w:val="top"/>
            <w:tcBorders>
              <w:top w:val="nil"/>
              <w:left w:val="nil"/>
              <w:bottom w:val="single" w:sz="6" w:color="555555"/>
              <w:right w:val="nil"/>
            </w:tcBorders>
            <w:tcMar>
              <w:left w:w="40" w:type="dxa"/>
              <w:right w:w="140" w:type="dxa"/>
              <w:top w:w="0" w:type="dxa"/>
              <w:bottom w:w="30" w:type="dxa"/>
            </w:tcMar>
          </w:tcPr>
          <w:p>
            <w:pPr>
              <w:spacing w:before="120"/>
            </w:pPr>
            <w:r>
              <w:rPr>
                <w:b/>
                <w:i w:val="0"/>
                <w:color w:val="1F4D3A"/>
                <w:sz w:val="18"/>
              </w:rPr>
              <w:t>1.  Name</w:t>
            </w:r>
          </w:p>
        </w:tc>
        <w:tc>
          <w:tcPr>
            <w:tcW w:type="dxa" w:w="3024"/>
            <w:vAlign w:val="top"/>
            <w:tcBorders>
              <w:top w:val="nil"/>
              <w:left w:val="nil"/>
              <w:bottom w:val="single" w:sz="6" w:color="555555"/>
              <w:right w:val="nil"/>
            </w:tcBorders>
            <w:tcMar>
              <w:left w:w="40" w:type="dxa"/>
              <w:right w:w="140" w:type="dxa"/>
              <w:top w:w="0" w:type="dxa"/>
              <w:bottom w:w="30" w:type="dxa"/>
            </w:tcMar>
          </w:tcPr>
          <w:p>
            <w:pPr>
              <w:spacing w:before="120"/>
            </w:pPr>
            <w:r>
              <w:rPr>
                <w:b/>
                <w:i w:val="0"/>
                <w:color w:val="1F4D3A"/>
                <w:sz w:val="18"/>
              </w:rPr>
              <w:t>Phone</w:t>
            </w:r>
          </w:p>
        </w:tc>
        <w:tc>
          <w:tcPr>
            <w:tcW w:type="dxa" w:w="3168"/>
            <w:vAlign w:val="top"/>
            <w:tcBorders>
              <w:top w:val="nil"/>
              <w:left w:val="nil"/>
              <w:bottom w:val="single" w:sz="6" w:color="555555"/>
              <w:right w:val="nil"/>
            </w:tcBorders>
            <w:tcMar>
              <w:left w:w="40" w:type="dxa"/>
              <w:right w:w="40" w:type="dxa"/>
              <w:top w:w="0" w:type="dxa"/>
              <w:bottom w:w="30" w:type="dxa"/>
            </w:tcMar>
          </w:tcPr>
          <w:p>
            <w:pPr>
              <w:spacing w:before="120"/>
            </w:pPr>
            <w:r>
              <w:rPr>
                <w:b/>
                <w:i w:val="0"/>
                <w:color w:val="1F4D3A"/>
                <w:sz w:val="18"/>
              </w:rPr>
              <w:t>How they know you</w:t>
            </w:r>
          </w:p>
        </w:tc>
      </w:tr>
    </w:tbl>
    <w:tbl>
      <w:tblPr>
        <w:jc w:val="center"/>
        <w:tblLayout w:type="fixed"/>
        <w:tblLook w:firstColumn="1" w:firstRow="1" w:lastColumn="0" w:lastRow="0" w:noHBand="0" w:noVBand="1" w:val="04A0"/>
        <w:tblLayout w:type="fixed"/>
        <w:tblW w:w="10512" w:type="dxa"/>
      </w:tblPr>
      <w:tblGrid>
        <w:gridCol w:w="4320"/>
        <w:gridCol w:w="3024"/>
        <w:gridCol w:w="3168"/>
      </w:tblGrid>
      <w:tr>
        <w:trPr>
          <w:trHeight w:val="619" w:hRule="exact"/>
        </w:trPr>
        <w:tc>
          <w:tcPr>
            <w:tcW w:type="dxa" w:w="4320"/>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2.  Name</w:t>
            </w:r>
          </w:p>
        </w:tc>
        <w:tc>
          <w:tcPr>
            <w:tcW w:type="dxa" w:w="3024"/>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Phone</w:t>
            </w:r>
          </w:p>
        </w:tc>
        <w:tc>
          <w:tcPr>
            <w:tcW w:type="dxa" w:w="3168"/>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How they know you</w:t>
            </w:r>
          </w:p>
        </w:tc>
      </w:tr>
    </w:tbl>
    <w:p>
      <w:pPr>
        <w:keepNext/>
        <w:spacing w:before="100" w:after="100"/>
        <w:pBdr>
          <w:bottom w:val="single" w:sz="8" w:space="1" w:color="B0842A"/>
        </w:pBdr>
      </w:pPr>
      <w:r>
        <w:rPr>
          <w:rFonts w:ascii="Georgia" w:hAnsi="Georgia" w:eastAsia="Georgia"/>
          <w:b/>
          <w:i w:val="0"/>
          <w:color w:val="1F4D3A"/>
          <w:sz w:val="26"/>
        </w:rPr>
        <w:t>Please Read and Sign</w:t>
      </w:r>
    </w:p>
    <w:p>
      <w:pPr>
        <w:spacing w:after="0"/>
        <w:ind w:left="259" w:hanging="202"/>
      </w:pPr>
      <w:r>
        <w:rPr>
          <w:b/>
          <w:i w:val="0"/>
          <w:color w:val="1F4D3A"/>
          <w:sz w:val="19"/>
        </w:rPr>
        <w:t xml:space="preserve">• </w:t>
      </w:r>
      <w:r>
        <w:rPr>
          <w:b w:val="0"/>
          <w:i w:val="0"/>
          <w:sz w:val="19"/>
        </w:rPr>
        <w:t>If I’m hired, I understand I’ll need to show I’m legally allowed to work in the U.S.</w:t>
      </w:r>
    </w:p>
    <w:p>
      <w:pPr>
        <w:spacing w:after="0"/>
        <w:ind w:left="259" w:hanging="202"/>
      </w:pPr>
      <w:r>
        <w:rPr>
          <w:b/>
          <w:i w:val="0"/>
          <w:color w:val="1F4D3A"/>
          <w:sz w:val="19"/>
        </w:rPr>
        <w:t xml:space="preserve">• </w:t>
      </w:r>
      <w:r>
        <w:rPr>
          <w:b w:val="0"/>
          <w:i w:val="0"/>
          <w:sz w:val="19"/>
        </w:rPr>
        <w:t>Everything on this application is true and complete. I understand false information can be a reason for not hiring me or for ending my employment.</w:t>
      </w:r>
    </w:p>
    <w:p>
      <w:pPr>
        <w:spacing w:after="0"/>
        <w:ind w:left="259" w:hanging="202"/>
      </w:pPr>
      <w:r>
        <w:rPr>
          <w:b/>
          <w:i w:val="0"/>
          <w:color w:val="1F4D3A"/>
          <w:sz w:val="19"/>
        </w:rPr>
        <w:t xml:space="preserve">• </w:t>
      </w:r>
      <w:r>
        <w:rPr>
          <w:b w:val="0"/>
          <w:i w:val="0"/>
          <w:sz w:val="19"/>
        </w:rPr>
        <w:t>I understand employment at Kringle’s Korner is at-will, and this application is not a contract or a promise of a job or of hours.</w:t>
      </w:r>
    </w:p>
    <w:p>
      <w:pPr>
        <w:spacing w:after="0"/>
        <w:ind w:left="259" w:hanging="202"/>
      </w:pPr>
      <w:r>
        <w:rPr>
          <w:b/>
          <w:i w:val="0"/>
          <w:color w:val="1F4D3A"/>
          <w:sz w:val="19"/>
        </w:rPr>
        <w:t xml:space="preserve">• </w:t>
      </w:r>
      <w:r>
        <w:rPr>
          <w:b w:val="0"/>
          <w:i w:val="0"/>
          <w:sz w:val="19"/>
        </w:rPr>
        <w:t>I understand this is a seasonal job. Hours vary, and the job ends when the season ends.</w:t>
      </w:r>
    </w:p>
    <w:p>
      <w:pPr>
        <w:spacing w:after="0"/>
        <w:ind w:left="259" w:hanging="202"/>
      </w:pPr>
      <w:r>
        <w:rPr>
          <w:b/>
          <w:i w:val="0"/>
          <w:color w:val="1F4D3A"/>
          <w:sz w:val="19"/>
        </w:rPr>
        <w:t xml:space="preserve">• </w:t>
      </w:r>
      <w:r>
        <w:rPr>
          <w:b w:val="0"/>
          <w:i w:val="0"/>
          <w:sz w:val="19"/>
        </w:rPr>
        <w:t>Kringle’s Korner may contact the references I listed.</w:t>
      </w:r>
    </w:p>
    <w:p>
      <w:pPr>
        <w:spacing w:after="0"/>
        <w:ind w:left="259" w:hanging="202"/>
      </w:pPr>
      <w:r>
        <w:rPr>
          <w:b/>
          <w:i w:val="0"/>
          <w:color w:val="1F4D3A"/>
          <w:sz w:val="19"/>
        </w:rPr>
        <w:t xml:space="preserve">• </w:t>
      </w:r>
      <w:r>
        <w:rPr>
          <w:b w:val="0"/>
          <w:i w:val="0"/>
          <w:sz w:val="19"/>
        </w:rPr>
        <w:t>I agree to follow safety rules, including wearing closed-toe shoes and clothing that’s right for the weather.</w:t>
      </w:r>
    </w:p>
    <w:p>
      <w:pPr>
        <w:spacing w:before="60"/>
      </w:pPr>
      <w:r>
        <w:rPr>
          <w:b/>
          <w:i w:val="0"/>
          <w:color w:val="1F4D3A"/>
          <w:sz w:val="19"/>
        </w:rPr>
        <w:t xml:space="preserve">Under 18? </w:t>
      </w:r>
      <w:r>
        <w:rPr>
          <w:b w:val="0"/>
          <w:i w:val="0"/>
          <w:sz w:val="19"/>
        </w:rPr>
        <w:t>A parent or guardian needs to sign below. California work permit paperwork may be required for applicants under 18.</w:t>
      </w:r>
    </w:p>
    <w:tbl>
      <w:tblPr>
        <w:jc w:val="center"/>
        <w:tblLayout w:type="fixed"/>
        <w:tblLook w:firstColumn="1" w:firstRow="1" w:lastColumn="0" w:lastRow="0" w:noHBand="0" w:noVBand="1" w:val="04A0"/>
        <w:tblLayout w:type="fixed"/>
        <w:tblW w:w="10512" w:type="dxa"/>
      </w:tblPr>
      <w:tblGrid>
        <w:gridCol w:w="7488"/>
        <w:gridCol w:w="3024"/>
      </w:tblGrid>
      <w:tr>
        <w:trPr>
          <w:trHeight w:val="605" w:hRule="exact"/>
        </w:trPr>
        <w:tc>
          <w:tcPr>
            <w:tcW w:type="dxa" w:w="7488"/>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Applicant signature</w:t>
            </w:r>
          </w:p>
        </w:tc>
        <w:tc>
          <w:tcPr>
            <w:tcW w:type="dxa" w:w="3024"/>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Date</w:t>
            </w:r>
          </w:p>
        </w:tc>
      </w:tr>
    </w:tbl>
    <w:p>
      <w:pPr>
        <w:spacing w:before="80"/>
      </w:pPr>
      <w:r>
        <w:rPr>
          <w:b w:val="0"/>
          <w:i/>
          <w:sz w:val="19"/>
        </w:rPr>
        <w:t>As the parent or guardian, I agree to this applicant working for Kringle’s Korner.</w:t>
      </w:r>
    </w:p>
    <w:tbl>
      <w:tblPr>
        <w:jc w:val="center"/>
        <w:tblLayout w:type="fixed"/>
        <w:tblLook w:firstColumn="1" w:firstRow="1" w:lastColumn="0" w:lastRow="0" w:noHBand="0" w:noVBand="1" w:val="04A0"/>
        <w:tblLayout w:type="fixed"/>
        <w:tblW w:w="10512" w:type="dxa"/>
      </w:tblPr>
      <w:tblGrid>
        <w:gridCol w:w="7488"/>
        <w:gridCol w:w="3024"/>
      </w:tblGrid>
      <w:tr>
        <w:trPr>
          <w:trHeight w:val="605" w:hRule="exact"/>
        </w:trPr>
        <w:tc>
          <w:tcPr>
            <w:tcW w:type="dxa" w:w="7488"/>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Parent/guardian signature (if under 18)</w:t>
            </w:r>
          </w:p>
        </w:tc>
        <w:tc>
          <w:tcPr>
            <w:tcW w:type="dxa" w:w="3024"/>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Date</w:t>
            </w:r>
          </w:p>
        </w:tc>
      </w:tr>
    </w:tbl>
    <w:tbl>
      <w:tblPr>
        <w:jc w:val="center"/>
        <w:tblLayout w:type="fixed"/>
        <w:tblLook w:firstColumn="1" w:firstRow="1" w:lastColumn="0" w:lastRow="0" w:noHBand="0" w:noVBand="1" w:val="04A0"/>
        <w:tblLayout w:type="fixed"/>
        <w:tblW w:w="10512" w:type="dxa"/>
      </w:tblPr>
      <w:tblGrid>
        <w:gridCol w:w="6048"/>
        <w:gridCol w:w="4464"/>
      </w:tblGrid>
      <w:tr>
        <w:trPr>
          <w:trHeight w:val="605" w:hRule="exact"/>
        </w:trPr>
        <w:tc>
          <w:tcPr>
            <w:tcW w:type="dxa" w:w="6048"/>
            <w:vAlign w:val="top"/>
            <w:tcBorders>
              <w:top w:val="nil"/>
              <w:left w:val="nil"/>
              <w:bottom w:val="single" w:sz="6" w:color="555555"/>
              <w:right w:val="nil"/>
            </w:tcBorders>
            <w:tcMar>
              <w:left w:w="40" w:type="dxa"/>
              <w:right w:w="140" w:type="dxa"/>
              <w:top w:w="0" w:type="dxa"/>
              <w:bottom w:w="30" w:type="dxa"/>
            </w:tcMar>
          </w:tcPr>
          <w:p>
            <w:pPr>
              <w:spacing w:before="40"/>
            </w:pPr>
            <w:r>
              <w:rPr>
                <w:b/>
                <w:i w:val="0"/>
                <w:color w:val="1F4D3A"/>
                <w:sz w:val="18"/>
              </w:rPr>
              <w:t>Parent/guardian printed name</w:t>
            </w:r>
          </w:p>
        </w:tc>
        <w:tc>
          <w:tcPr>
            <w:tcW w:type="dxa" w:w="4464"/>
            <w:vAlign w:val="top"/>
            <w:tcBorders>
              <w:top w:val="nil"/>
              <w:left w:val="nil"/>
              <w:bottom w:val="single" w:sz="6" w:color="555555"/>
              <w:right w:val="nil"/>
            </w:tcBorders>
            <w:tcMar>
              <w:left w:w="40" w:type="dxa"/>
              <w:right w:w="40" w:type="dxa"/>
              <w:top w:w="0" w:type="dxa"/>
              <w:bottom w:w="30" w:type="dxa"/>
            </w:tcMar>
          </w:tcPr>
          <w:p>
            <w:pPr>
              <w:spacing w:before="40"/>
            </w:pPr>
            <w:r>
              <w:rPr>
                <w:b/>
                <w:i w:val="0"/>
                <w:color w:val="1F4D3A"/>
                <w:sz w:val="18"/>
              </w:rPr>
              <w:t>Parent/guardian phone</w:t>
            </w:r>
          </w:p>
        </w:tc>
      </w:tr>
    </w:tbl>
    <w:p>
      <w:pPr>
        <w:spacing w:before="100"/>
        <w:jc w:val="center"/>
      </w:pPr>
      <w:r>
        <w:rPr>
          <w:b w:val="0"/>
          <w:i/>
          <w:color w:val="444444"/>
          <w:sz w:val="17"/>
        </w:rPr>
        <w:t>Kringle’s Korner Christmas Trees is an equal opportunity employer. We consider all applicants without regard to race, color, religion, sex, gender identity, sexual orientation, national origin, age, disability, or any other status protected by law.</w:t>
      </w:r>
    </w:p>
    <w:p>
      <w:pPr>
        <w:spacing w:line="80" w:lineRule="exact"/>
      </w:pPr>
    </w:p>
    <w:tbl>
      <w:tblPr>
        <w:jc w:val="center"/>
        <w:tblLayout w:type="fixed"/>
        <w:tblLook w:firstColumn="1" w:firstRow="1" w:lastColumn="0" w:lastRow="0" w:noHBand="0" w:noVBand="1" w:val="04A0"/>
        <w:tblLayout w:type="fixed"/>
        <w:tblW w:w="10512" w:type="dxa"/>
      </w:tblPr>
      <w:tblGrid>
        <w:gridCol w:w="10512"/>
      </w:tblGrid>
      <w:tr>
        <w:tc>
          <w:tcPr>
            <w:tcW w:type="dxa" w:w="10512"/>
            <w:tcBorders>
              <w:top w:val="single" w:sz="8" w:color="1F4D3A"/>
              <w:left w:val="single" w:sz="8" w:color="1F4D3A"/>
              <w:bottom w:val="single" w:sz="8" w:color="1F4D3A"/>
              <w:right w:val="single" w:sz="8" w:color="1F4D3A"/>
            </w:tcBorders>
            <w:tcMar>
              <w:left w:w="120" w:type="dxa"/>
              <w:right w:w="120" w:type="dxa"/>
              <w:top w:w="60" w:type="dxa"/>
              <w:bottom w:w="60" w:type="dxa"/>
            </w:tcMar>
          </w:tcPr>
          <w:p>
            <w:r>
              <w:rPr>
                <w:b/>
                <w:i w:val="0"/>
                <w:color w:val="1F4D3A"/>
                <w:sz w:val="20"/>
              </w:rPr>
              <w:t>FOR OFFICE USE ONLY</w:t>
            </w:r>
          </w:p>
          <w:tbl>
            <w:tblPr>
              <w:tblLook w:firstColumn="1" w:firstRow="1" w:lastColumn="0" w:lastRow="0" w:noHBand="0" w:noVBand="1" w:val="04A0"/>
              <w:tblLayout w:type="fixed"/>
              <w:tblW w:w="9936" w:type="dxa"/>
            </w:tblPr>
            <w:tblGrid>
              <w:gridCol w:w="3744"/>
              <w:gridCol w:w="2448"/>
              <w:gridCol w:w="3744"/>
            </w:tblGrid>
            <w:tr>
              <w:trPr>
                <w:trHeight w:val="547" w:hRule="exact"/>
              </w:trPr>
              <w:tc>
                <w:tcPr>
                  <w:tcW w:type="dxa" w:w="3744"/>
                  <w:tcMar>
                    <w:left w:w="40" w:type="dxa"/>
                    <w:right w:w="120" w:type="dxa"/>
                    <w:top w:w="0" w:type="dxa"/>
                    <w:bottom w:w="30" w:type="dxa"/>
                  </w:tcMar>
                  <w:tcBorders>
                    <w:top w:val="nil"/>
                    <w:left w:val="nil"/>
                    <w:bottom w:val="single" w:sz="6" w:color="555555"/>
                    <w:right w:val="nil"/>
                  </w:tcBorders>
                </w:tcPr>
                <w:p>
                  <w:pPr>
                    <w:spacing w:before="80"/>
                  </w:pPr>
                  <w:r>
                    <w:rPr>
                      <w:b/>
                      <w:i w:val="0"/>
                      <w:color w:val="1F4D3A"/>
                      <w:sz w:val="18"/>
                    </w:rPr>
                    <w:t>Interview date</w:t>
                  </w:r>
                </w:p>
              </w:tc>
              <w:tc>
                <w:tcPr>
                  <w:tcW w:type="dxa" w:w="2448"/>
                  <w:tcMar>
                    <w:left w:w="40" w:type="dxa"/>
                    <w:right w:w="120" w:type="dxa"/>
                    <w:top w:w="0" w:type="dxa"/>
                    <w:bottom w:w="30" w:type="dxa"/>
                  </w:tcMar>
                  <w:tcBorders>
                    <w:top w:val="nil"/>
                    <w:left w:val="nil"/>
                    <w:bottom w:val="nil"/>
                    <w:right w:val="nil"/>
                  </w:tcBorders>
                  <w:vAlign w:val="bottom"/>
                </w:tcPr>
                <w:p>
                  <w:pPr>
                    <w:spacing w:before="80"/>
                  </w:pPr>
                  <w:r>
                    <w:rPr>
                      <w:b/>
                      <w:i w:val="0"/>
                      <w:color w:val="1F4D3A"/>
                      <w:sz w:val="18"/>
                    </w:rPr>
                    <w:t xml:space="preserve">Hired?  </w:t>
                  </w:r>
                  <w:r>
                    <w:rPr>
                      <w:rFonts w:ascii="Segoe UI Symbol" w:hAnsi="Segoe UI Symbol" w:eastAsia="Segoe UI Symbol"/>
                      <w:b w:val="0"/>
                      <w:i w:val="0"/>
                      <w:sz w:val="28"/>
                    </w:rPr>
                    <w:t xml:space="preserve">☐ </w:t>
                  </w:r>
                  <w:r>
                    <w:rPr>
                      <w:b w:val="0"/>
                      <w:i w:val="0"/>
                      <w:sz w:val="22"/>
                    </w:rPr>
                    <w:t xml:space="preserve">Y   </w:t>
                  </w:r>
                  <w:r>
                    <w:rPr>
                      <w:rFonts w:ascii="Segoe UI Symbol" w:hAnsi="Segoe UI Symbol" w:eastAsia="Segoe UI Symbol"/>
                      <w:b w:val="0"/>
                      <w:i w:val="0"/>
                      <w:sz w:val="28"/>
                    </w:rPr>
                    <w:t xml:space="preserve">☐ </w:t>
                  </w:r>
                  <w:r>
                    <w:rPr>
                      <w:b w:val="0"/>
                      <w:i w:val="0"/>
                      <w:sz w:val="22"/>
                    </w:rPr>
                    <w:t>N</w:t>
                  </w:r>
                </w:p>
              </w:tc>
              <w:tc>
                <w:tcPr>
                  <w:tcW w:type="dxa" w:w="3744"/>
                  <w:tcMar>
                    <w:left w:w="40" w:type="dxa"/>
                    <w:right w:w="120" w:type="dxa"/>
                    <w:top w:w="0" w:type="dxa"/>
                    <w:bottom w:w="30" w:type="dxa"/>
                  </w:tcMar>
                  <w:tcBorders>
                    <w:top w:val="nil"/>
                    <w:left w:val="nil"/>
                    <w:bottom w:val="single" w:sz="6" w:color="555555"/>
                    <w:right w:val="nil"/>
                  </w:tcBorders>
                </w:tcPr>
                <w:p>
                  <w:pPr>
                    <w:spacing w:before="80"/>
                  </w:pPr>
                  <w:r>
                    <w:rPr>
                      <w:b/>
                      <w:i w:val="0"/>
                      <w:color w:val="1F4D3A"/>
                      <w:sz w:val="18"/>
                    </w:rPr>
                    <w:t>Start date</w:t>
                  </w:r>
                </w:p>
              </w:tc>
            </w:tr>
          </w:tbl>
          <w:p/>
          <w:tbl>
            <w:tblPr>
              <w:tblLook w:firstColumn="1" w:firstRow="1" w:lastColumn="0" w:lastRow="0" w:noHBand="0" w:noVBand="1" w:val="04A0"/>
              <w:tblLayout w:type="fixed"/>
              <w:tblW w:w="9936" w:type="dxa"/>
            </w:tblPr>
            <w:tblGrid>
              <w:gridCol w:w="9936"/>
            </w:tblGrid>
            <w:tr>
              <w:trPr>
                <w:trHeight w:val="461" w:hRule="exact"/>
              </w:trPr>
              <w:tc>
                <w:tcPr>
                  <w:tcW w:type="dxa" w:w="9936"/>
                  <w:tcBorders>
                    <w:top w:val="nil"/>
                    <w:left w:val="nil"/>
                    <w:bottom w:val="single" w:sz="6" w:color="555555"/>
                    <w:right w:val="nil"/>
                  </w:tcBorders>
                  <w:tcMar>
                    <w:left w:w="40" w:type="dxa"/>
                    <w:right w:w="60" w:type="dxa"/>
                    <w:top w:w="0" w:type="dxa"/>
                    <w:bottom w:w="20" w:type="dxa"/>
                  </w:tcMar>
                  <w:vAlign w:val="bottom"/>
                </w:tcPr>
                <w:p>
                  <w:r>
                    <w:rPr>
                      <w:b/>
                      <w:i w:val="0"/>
                      <w:color w:val="1F4D3A"/>
                      <w:sz w:val="18"/>
                    </w:rPr>
                    <w:t>Notes</w:t>
                  </w:r>
                </w:p>
              </w:tc>
            </w:tr>
          </w:tbl>
          <w:p/>
          <w:p>
            <w:pPr>
              <w:spacing w:line="40" w:lineRule="exact"/>
            </w:pPr>
            <w:r>
              <w:rPr>
                <w:b w:val="0"/>
                <w:i w:val="0"/>
                <w:sz w:val="4"/>
              </w:rPr>
              <w:t xml:space="preserve"> </w:t>
            </w:r>
          </w:p>
        </w:tc>
      </w:tr>
    </w:tbl>
    <w:sectPr w:rsidR="00FC693F" w:rsidRPr="0006063C" w:rsidSect="00034616">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